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93FB" w14:textId="48482EAD" w:rsidR="00201FD2" w:rsidRPr="00473DF7" w:rsidRDefault="006141CD" w:rsidP="00D1423C">
      <w:pPr>
        <w:spacing w:after="0" w:line="240" w:lineRule="auto"/>
        <w:rPr>
          <w:rFonts w:eastAsia="ＭＳ 明朝"/>
          <w:sz w:val="16"/>
          <w:szCs w:val="20"/>
        </w:rPr>
      </w:pPr>
      <w:r w:rsidRPr="00473DF7">
        <w:rPr>
          <w:rFonts w:eastAsia="ＭＳ 明朝" w:hint="eastAsia"/>
          <w:noProof/>
          <w:sz w:val="18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76FDD0CC" wp14:editId="77ECDC9A">
                <wp:simplePos x="0" y="0"/>
                <wp:positionH relativeFrom="column">
                  <wp:posOffset>5375275</wp:posOffset>
                </wp:positionH>
                <wp:positionV relativeFrom="paragraph">
                  <wp:posOffset>1692275</wp:posOffset>
                </wp:positionV>
                <wp:extent cx="1101240" cy="1468080"/>
                <wp:effectExtent l="0" t="0" r="22860" b="18415"/>
                <wp:wrapNone/>
                <wp:docPr id="290275024" name="テキスト ボックス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101240" cy="146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25B976" w14:textId="77777777" w:rsidR="00646C12" w:rsidRPr="007E3C3B" w:rsidRDefault="00EC24F3" w:rsidP="00646C12">
                            <w:pPr>
                              <w:snapToGrid w:val="0"/>
                              <w:spacing w:after="0" w:line="200" w:lineRule="exact"/>
                              <w:jc w:val="center"/>
                              <w:rPr>
                                <w:rFonts w:eastAsia="ＭＳ 明朝"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E3C3B">
                              <w:rPr>
                                <w:rFonts w:eastAsia="ＭＳ 明朝" w:hint="eastAsia"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  <w:t>写</w:t>
                            </w:r>
                            <w:r w:rsidR="00646C12" w:rsidRPr="007E3C3B">
                              <w:rPr>
                                <w:rFonts w:eastAsia="ＭＳ 明朝" w:hint="eastAsia"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  <w:r w:rsidRPr="007E3C3B">
                              <w:rPr>
                                <w:rFonts w:eastAsia="ＭＳ 明朝" w:hint="eastAsia"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  <w:t>真</w:t>
                            </w:r>
                          </w:p>
                          <w:p w14:paraId="51543652" w14:textId="06FC390F" w:rsidR="00646C12" w:rsidRPr="007E3C3B" w:rsidRDefault="00EC24F3" w:rsidP="00646C12">
                            <w:pPr>
                              <w:snapToGrid w:val="0"/>
                              <w:spacing w:after="0" w:line="200" w:lineRule="exact"/>
                              <w:jc w:val="center"/>
                              <w:rPr>
                                <w:rFonts w:eastAsia="ＭＳ 明朝"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E3C3B">
                              <w:rPr>
                                <w:rFonts w:eastAsia="ＭＳ 明朝" w:hint="eastAsia"/>
                                <w:color w:val="000000" w:themeColor="text1"/>
                                <w:sz w:val="18"/>
                                <w:szCs w:val="18"/>
                                <w:lang w:eastAsia="ja-JP"/>
                              </w:rPr>
                              <w:t>最近６か月内に</w:t>
                            </w:r>
                          </w:p>
                          <w:p w14:paraId="3973F095" w14:textId="6348A281" w:rsidR="00646C12" w:rsidRPr="007E3C3B" w:rsidRDefault="00EC24F3" w:rsidP="00646C12">
                            <w:pPr>
                              <w:snapToGrid w:val="0"/>
                              <w:spacing w:after="0" w:line="200" w:lineRule="exact"/>
                              <w:ind w:leftChars="100" w:left="210"/>
                              <w:rPr>
                                <w:rFonts w:eastAsia="ＭＳ 明朝"/>
                                <w:color w:val="000000" w:themeColor="tex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E3C3B">
                              <w:rPr>
                                <w:rFonts w:eastAsia="ＭＳ 明朝" w:hint="eastAsia"/>
                                <w:color w:val="000000" w:themeColor="text1"/>
                                <w:sz w:val="18"/>
                                <w:szCs w:val="18"/>
                                <w:lang w:eastAsia="ja-JP"/>
                              </w:rPr>
                              <w:t>撮影のもの</w:t>
                            </w:r>
                          </w:p>
                          <w:p w14:paraId="09C21673" w14:textId="748F295E" w:rsidR="00646C12" w:rsidRPr="007E3C3B" w:rsidRDefault="00EC24F3" w:rsidP="00646C12">
                            <w:pPr>
                              <w:snapToGrid w:val="0"/>
                              <w:spacing w:after="0" w:line="200" w:lineRule="exact"/>
                              <w:ind w:leftChars="100" w:left="210"/>
                              <w:rPr>
                                <w:rFonts w:eastAsia="ＭＳ 明朝"/>
                                <w:color w:val="000000" w:themeColor="tex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E3C3B">
                              <w:rPr>
                                <w:rFonts w:eastAsia="ＭＳ 明朝" w:hint="eastAsia"/>
                                <w:color w:val="000000" w:themeColor="text1"/>
                                <w:sz w:val="18"/>
                                <w:szCs w:val="18"/>
                                <w:lang w:eastAsia="ja-JP"/>
                              </w:rPr>
                              <w:t>上半身・脱帽</w:t>
                            </w:r>
                          </w:p>
                          <w:p w14:paraId="23C9664B" w14:textId="3332FAAD" w:rsidR="00C6718F" w:rsidRPr="007E3C3B" w:rsidRDefault="00EC24F3" w:rsidP="00646C12">
                            <w:pPr>
                              <w:snapToGrid w:val="0"/>
                              <w:spacing w:after="0" w:line="200" w:lineRule="exact"/>
                              <w:ind w:leftChars="100" w:left="210"/>
                              <w:rPr>
                                <w:rFonts w:eastAsia="ＭＳ 明朝"/>
                                <w:color w:val="000000" w:themeColor="text1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E3C3B">
                              <w:rPr>
                                <w:rFonts w:eastAsia="ＭＳ 明朝" w:hint="eastAsia"/>
                                <w:color w:val="000000" w:themeColor="text1"/>
                                <w:sz w:val="18"/>
                                <w:szCs w:val="18"/>
                                <w:lang w:eastAsia="ja-JP"/>
                              </w:rPr>
                              <w:t>正面向き</w:t>
                            </w:r>
                          </w:p>
                          <w:p w14:paraId="070D033E" w14:textId="7901B0D3" w:rsidR="00E1312B" w:rsidRPr="007E3C3B" w:rsidRDefault="00E1312B" w:rsidP="00E1312B">
                            <w:pPr>
                              <w:snapToGrid w:val="0"/>
                              <w:spacing w:after="0" w:line="200" w:lineRule="exact"/>
                              <w:ind w:left="160" w:hangingChars="100" w:hanging="160"/>
                              <w:rPr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E3C3B">
                              <w:rPr>
                                <w:rFonts w:hint="eastAsia"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  <w:t>＊写真データを右クリックし「</w:t>
                            </w:r>
                            <w:r w:rsidRPr="007E3C3B">
                              <w:rPr>
                                <w:rFonts w:hint="eastAsia"/>
                                <w:noProof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  <w:t>文字列の折り返し」で「前面」を選び</w:t>
                            </w:r>
                            <w:r w:rsidR="00CE7AA6" w:rsidRPr="007E3C3B">
                              <w:rPr>
                                <w:rFonts w:hint="eastAsia"/>
                                <w:noProof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  <w:t>、</w:t>
                            </w:r>
                            <w:r w:rsidRPr="007E3C3B">
                              <w:rPr>
                                <w:rFonts w:hint="eastAsia"/>
                                <w:color w:val="000000" w:themeColor="text1"/>
                                <w:spacing w:val="-20"/>
                                <w:sz w:val="18"/>
                                <w:szCs w:val="18"/>
                                <w:lang w:eastAsia="ja-JP"/>
                              </w:rPr>
                              <w:t>この枠の大きさに合うように調節してください。</w:t>
                            </w:r>
                          </w:p>
                          <w:p w14:paraId="3658C868" w14:textId="77777777" w:rsidR="00E1312B" w:rsidRPr="007E3C3B" w:rsidRDefault="00E1312B" w:rsidP="00E1312B">
                            <w:pPr>
                              <w:snapToGrid w:val="0"/>
                              <w:spacing w:after="0" w:line="180" w:lineRule="exact"/>
                              <w:rPr>
                                <w:rFonts w:eastAsia="ＭＳ 明朝"/>
                                <w:color w:val="000000" w:themeColor="text1"/>
                                <w:sz w:val="18"/>
                                <w:szCs w:val="18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DD0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23.25pt;margin-top:133.25pt;width:86.7pt;height:115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" fillcolor="white [3201]" strokeweight=".5pt">
                <v:path arrowok="t"/>
                <o:lock v:ext="edit" aspectratio="t"/>
                <v:textbox inset="0,1mm,0,0">
                  <w:txbxContent>
                    <w:p w14:paraId="1525B976" w14:textId="77777777" w:rsidR="00646C12" w:rsidRPr="007E3C3B" w:rsidRDefault="00EC24F3" w:rsidP="00646C12">
                      <w:pPr>
                        <w:snapToGrid w:val="0"/>
                        <w:spacing w:after="0" w:line="200" w:lineRule="exact"/>
                        <w:jc w:val="center"/>
                        <w:rPr>
                          <w:rFonts w:eastAsia="ＭＳ 明朝"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</w:pPr>
                      <w:r w:rsidRPr="007E3C3B">
                        <w:rPr>
                          <w:rFonts w:eastAsia="ＭＳ 明朝" w:hint="eastAsia"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  <w:t>写</w:t>
                      </w:r>
                      <w:r w:rsidR="00646C12" w:rsidRPr="007E3C3B">
                        <w:rPr>
                          <w:rFonts w:eastAsia="ＭＳ 明朝" w:hint="eastAsia"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  <w:r w:rsidRPr="007E3C3B">
                        <w:rPr>
                          <w:rFonts w:eastAsia="ＭＳ 明朝" w:hint="eastAsia"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  <w:t>真</w:t>
                      </w:r>
                    </w:p>
                    <w:p w14:paraId="51543652" w14:textId="06FC390F" w:rsidR="00646C12" w:rsidRPr="007E3C3B" w:rsidRDefault="00EC24F3" w:rsidP="00646C12">
                      <w:pPr>
                        <w:snapToGrid w:val="0"/>
                        <w:spacing w:after="0" w:line="200" w:lineRule="exact"/>
                        <w:jc w:val="center"/>
                        <w:rPr>
                          <w:rFonts w:eastAsia="ＭＳ 明朝"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</w:pPr>
                      <w:r w:rsidRPr="007E3C3B">
                        <w:rPr>
                          <w:rFonts w:eastAsia="ＭＳ 明朝" w:hint="eastAsia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>最近６か月内に</w:t>
                      </w:r>
                    </w:p>
                    <w:p w14:paraId="3973F095" w14:textId="6348A281" w:rsidR="00646C12" w:rsidRPr="007E3C3B" w:rsidRDefault="00EC24F3" w:rsidP="00646C12">
                      <w:pPr>
                        <w:snapToGrid w:val="0"/>
                        <w:spacing w:after="0" w:line="200" w:lineRule="exact"/>
                        <w:ind w:leftChars="100" w:left="210"/>
                        <w:rPr>
                          <w:rFonts w:eastAsia="ＭＳ 明朝"/>
                          <w:color w:val="000000" w:themeColor="text1"/>
                          <w:sz w:val="18"/>
                          <w:szCs w:val="18"/>
                          <w:lang w:eastAsia="ja-JP"/>
                        </w:rPr>
                      </w:pPr>
                      <w:r w:rsidRPr="007E3C3B">
                        <w:rPr>
                          <w:rFonts w:eastAsia="ＭＳ 明朝" w:hint="eastAsia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>撮影のもの</w:t>
                      </w:r>
                    </w:p>
                    <w:p w14:paraId="09C21673" w14:textId="748F295E" w:rsidR="00646C12" w:rsidRPr="007E3C3B" w:rsidRDefault="00EC24F3" w:rsidP="00646C12">
                      <w:pPr>
                        <w:snapToGrid w:val="0"/>
                        <w:spacing w:after="0" w:line="200" w:lineRule="exact"/>
                        <w:ind w:leftChars="100" w:left="210"/>
                        <w:rPr>
                          <w:rFonts w:eastAsia="ＭＳ 明朝"/>
                          <w:color w:val="000000" w:themeColor="text1"/>
                          <w:sz w:val="18"/>
                          <w:szCs w:val="18"/>
                          <w:lang w:eastAsia="ja-JP"/>
                        </w:rPr>
                      </w:pPr>
                      <w:r w:rsidRPr="007E3C3B">
                        <w:rPr>
                          <w:rFonts w:eastAsia="ＭＳ 明朝" w:hint="eastAsia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>上半身・脱帽</w:t>
                      </w:r>
                    </w:p>
                    <w:p w14:paraId="23C9664B" w14:textId="3332FAAD" w:rsidR="00C6718F" w:rsidRPr="007E3C3B" w:rsidRDefault="00EC24F3" w:rsidP="00646C12">
                      <w:pPr>
                        <w:snapToGrid w:val="0"/>
                        <w:spacing w:after="0" w:line="200" w:lineRule="exact"/>
                        <w:ind w:leftChars="100" w:left="210"/>
                        <w:rPr>
                          <w:rFonts w:eastAsia="ＭＳ 明朝"/>
                          <w:color w:val="000000" w:themeColor="text1"/>
                          <w:sz w:val="18"/>
                          <w:szCs w:val="18"/>
                          <w:lang w:eastAsia="ja-JP"/>
                        </w:rPr>
                      </w:pPr>
                      <w:r w:rsidRPr="007E3C3B">
                        <w:rPr>
                          <w:rFonts w:eastAsia="ＭＳ 明朝" w:hint="eastAsia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>正面向き</w:t>
                      </w:r>
                    </w:p>
                    <w:p w14:paraId="070D033E" w14:textId="7901B0D3" w:rsidR="00E1312B" w:rsidRPr="007E3C3B" w:rsidRDefault="00E1312B" w:rsidP="00E1312B">
                      <w:pPr>
                        <w:snapToGrid w:val="0"/>
                        <w:spacing w:after="0" w:line="200" w:lineRule="exact"/>
                        <w:ind w:left="160" w:hangingChars="100" w:hanging="160"/>
                        <w:rPr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</w:pPr>
                      <w:r w:rsidRPr="007E3C3B">
                        <w:rPr>
                          <w:rFonts w:hint="eastAsia"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  <w:t>＊写真データを右クリックし「</w:t>
                      </w:r>
                      <w:r w:rsidRPr="007E3C3B">
                        <w:rPr>
                          <w:rFonts w:hint="eastAsia"/>
                          <w:noProof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  <w:t>文字列の折り返し」で「前面」を選び</w:t>
                      </w:r>
                      <w:r w:rsidR="00CE7AA6" w:rsidRPr="007E3C3B">
                        <w:rPr>
                          <w:rFonts w:hint="eastAsia"/>
                          <w:noProof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  <w:t>、</w:t>
                      </w:r>
                      <w:r w:rsidRPr="007E3C3B">
                        <w:rPr>
                          <w:rFonts w:hint="eastAsia"/>
                          <w:color w:val="000000" w:themeColor="text1"/>
                          <w:spacing w:val="-20"/>
                          <w:sz w:val="18"/>
                          <w:szCs w:val="18"/>
                          <w:lang w:eastAsia="ja-JP"/>
                        </w:rPr>
                        <w:t>この枠の大きさに合うように調節してください。</w:t>
                      </w:r>
                    </w:p>
                    <w:p w14:paraId="3658C868" w14:textId="77777777" w:rsidR="00E1312B" w:rsidRPr="007E3C3B" w:rsidRDefault="00E1312B" w:rsidP="00E1312B">
                      <w:pPr>
                        <w:snapToGrid w:val="0"/>
                        <w:spacing w:after="0" w:line="180" w:lineRule="exact"/>
                        <w:rPr>
                          <w:rFonts w:eastAsia="ＭＳ 明朝"/>
                          <w:color w:val="000000" w:themeColor="text1"/>
                          <w:sz w:val="18"/>
                          <w:szCs w:val="18"/>
                          <w:lang w:eastAsia="ja-JP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73DF7">
        <w:rPr>
          <w:rFonts w:eastAsia="ＭＳ 明朝"/>
          <w:sz w:val="16"/>
          <w:szCs w:val="20"/>
        </w:rPr>
        <w:t>(様式第1号)</w:t>
      </w:r>
    </w:p>
    <w:p w14:paraId="7017E344" w14:textId="2CC06D2E" w:rsidR="00201FD2" w:rsidRPr="009C5F8D" w:rsidRDefault="00000000" w:rsidP="00E35D08">
      <w:pPr>
        <w:snapToGrid w:val="0"/>
        <w:spacing w:after="0" w:line="360" w:lineRule="auto"/>
        <w:jc w:val="center"/>
        <w:rPr>
          <w:rFonts w:eastAsia="ＭＳ 明朝"/>
          <w:bCs/>
          <w:spacing w:val="20"/>
        </w:rPr>
      </w:pPr>
      <w:r w:rsidRPr="009C5F8D">
        <w:rPr>
          <w:rFonts w:eastAsia="ＭＳ 明朝"/>
          <w:bCs/>
          <w:spacing w:val="20"/>
          <w:sz w:val="28"/>
        </w:rPr>
        <w:t>令和</w:t>
      </w:r>
      <w:r w:rsidR="009C5F8D" w:rsidRPr="009C5F8D">
        <w:rPr>
          <w:rFonts w:eastAsia="ＭＳ 明朝" w:hint="eastAsia"/>
          <w:bCs/>
          <w:spacing w:val="20"/>
          <w:sz w:val="28"/>
          <w:lang w:eastAsia="ja-JP"/>
        </w:rPr>
        <w:t>９</w:t>
      </w:r>
      <w:r w:rsidRPr="009C5F8D">
        <w:rPr>
          <w:rFonts w:eastAsia="ＭＳ 明朝"/>
          <w:bCs/>
          <w:spacing w:val="20"/>
          <w:sz w:val="28"/>
        </w:rPr>
        <w:t>年度</w:t>
      </w:r>
      <w:r w:rsidR="009C5F8D" w:rsidRPr="009C5F8D">
        <w:rPr>
          <w:rFonts w:eastAsia="ＭＳ 明朝" w:hint="eastAsia"/>
          <w:bCs/>
          <w:spacing w:val="20"/>
          <w:sz w:val="28"/>
          <w:lang w:eastAsia="ja-JP"/>
        </w:rPr>
        <w:t xml:space="preserve"> </w:t>
      </w:r>
      <w:r w:rsidRPr="009C5F8D">
        <w:rPr>
          <w:rFonts w:eastAsia="ＭＳ 明朝"/>
          <w:bCs/>
          <w:spacing w:val="20"/>
          <w:sz w:val="28"/>
        </w:rPr>
        <w:t>徳島県立学校等再任用教育職員選考審査申込書</w:t>
      </w:r>
    </w:p>
    <w:p w14:paraId="5F7694CC" w14:textId="1D983866" w:rsidR="00201FD2" w:rsidRDefault="00000000" w:rsidP="00403468">
      <w:pPr>
        <w:snapToGrid w:val="0"/>
        <w:spacing w:after="0" w:line="360" w:lineRule="auto"/>
        <w:rPr>
          <w:rFonts w:eastAsia="ＭＳ 明朝"/>
          <w:bCs/>
          <w:sz w:val="22"/>
          <w:szCs w:val="24"/>
          <w:lang w:eastAsia="ja-JP"/>
        </w:rPr>
      </w:pPr>
      <w:r w:rsidRPr="00CD276C">
        <w:rPr>
          <w:rFonts w:eastAsia="ＭＳ 明朝"/>
          <w:bCs/>
          <w:sz w:val="22"/>
          <w:szCs w:val="24"/>
          <w:lang w:eastAsia="ja-JP"/>
        </w:rPr>
        <w:t>徳島県教育委員会</w:t>
      </w:r>
      <w:r w:rsidR="00CD276C" w:rsidRPr="00CD276C">
        <w:rPr>
          <w:rFonts w:eastAsia="ＭＳ 明朝" w:hint="eastAsia"/>
          <w:bCs/>
          <w:sz w:val="22"/>
          <w:szCs w:val="24"/>
          <w:lang w:eastAsia="ja-JP"/>
        </w:rPr>
        <w:t xml:space="preserve">　</w:t>
      </w:r>
      <w:r w:rsidRPr="00CD276C">
        <w:rPr>
          <w:rFonts w:eastAsia="ＭＳ 明朝"/>
          <w:bCs/>
          <w:sz w:val="22"/>
          <w:szCs w:val="24"/>
          <w:lang w:eastAsia="ja-JP"/>
        </w:rPr>
        <w:t>様</w:t>
      </w:r>
    </w:p>
    <w:p w14:paraId="633741EE" w14:textId="0AB4770F" w:rsidR="00201FD2" w:rsidRDefault="00CD276C" w:rsidP="00E35D08">
      <w:pPr>
        <w:snapToGrid w:val="0"/>
        <w:spacing w:after="0" w:line="240" w:lineRule="auto"/>
        <w:rPr>
          <w:rFonts w:eastAsia="ＭＳ 明朝"/>
          <w:sz w:val="22"/>
          <w:szCs w:val="24"/>
          <w:lang w:eastAsia="ja-JP"/>
        </w:rPr>
      </w:pPr>
      <w:r w:rsidRPr="00CD276C">
        <w:rPr>
          <w:rFonts w:eastAsia="ＭＳ 明朝" w:hint="eastAsia"/>
          <w:sz w:val="22"/>
          <w:szCs w:val="24"/>
          <w:lang w:eastAsia="ja-JP"/>
        </w:rPr>
        <w:t xml:space="preserve">　</w:t>
      </w:r>
      <w:r w:rsidRPr="00CD276C">
        <w:rPr>
          <w:rFonts w:eastAsia="ＭＳ 明朝"/>
          <w:sz w:val="22"/>
          <w:szCs w:val="24"/>
          <w:lang w:eastAsia="ja-JP"/>
        </w:rPr>
        <w:t>令和</w:t>
      </w:r>
      <w:r w:rsidRPr="00CD276C">
        <w:rPr>
          <w:rFonts w:eastAsia="ＭＳ 明朝" w:hint="eastAsia"/>
          <w:sz w:val="22"/>
          <w:szCs w:val="24"/>
          <w:lang w:eastAsia="ja-JP"/>
        </w:rPr>
        <w:t>９</w:t>
      </w:r>
      <w:r w:rsidRPr="00CD276C">
        <w:rPr>
          <w:rFonts w:eastAsia="ＭＳ 明朝"/>
          <w:sz w:val="22"/>
          <w:szCs w:val="24"/>
          <w:lang w:eastAsia="ja-JP"/>
        </w:rPr>
        <w:t>年度徳島県立学校等再任用教育職員選考審査を申し込みます。</w:t>
      </w:r>
    </w:p>
    <w:p w14:paraId="2AA3828C" w14:textId="0546531B" w:rsidR="00F00BFD" w:rsidRPr="00F00BFD" w:rsidRDefault="00F00BFD" w:rsidP="00F00BFD">
      <w:pPr>
        <w:snapToGrid w:val="0"/>
        <w:spacing w:after="0" w:line="240" w:lineRule="auto"/>
        <w:jc w:val="right"/>
        <w:rPr>
          <w:rFonts w:eastAsia="ＭＳ 明朝"/>
          <w:lang w:eastAsia="ja-JP"/>
        </w:rPr>
      </w:pPr>
      <w:r w:rsidRPr="00F00BFD">
        <w:rPr>
          <w:rFonts w:eastAsia="ＭＳ 明朝" w:hint="eastAsia"/>
          <w:lang w:eastAsia="ja-JP"/>
        </w:rPr>
        <w:t>令和</w:t>
      </w:r>
      <w:permStart w:id="1292976707" w:edGrp="everyone"/>
      <w:r w:rsidR="002F28DB">
        <w:rPr>
          <w:rFonts w:eastAsia="ＭＳ 明朝" w:hint="eastAsia"/>
          <w:lang w:eastAsia="ja-JP"/>
        </w:rPr>
        <w:t xml:space="preserve">　　</w:t>
      </w:r>
      <w:permEnd w:id="1292976707"/>
      <w:r w:rsidRPr="00F00BFD">
        <w:rPr>
          <w:rFonts w:eastAsia="ＭＳ 明朝" w:hint="eastAsia"/>
          <w:lang w:eastAsia="ja-JP"/>
        </w:rPr>
        <w:t>年</w:t>
      </w:r>
      <w:permStart w:id="1140214870" w:edGrp="everyone"/>
      <w:r w:rsidR="002F28DB">
        <w:rPr>
          <w:rFonts w:eastAsia="ＭＳ 明朝" w:hint="eastAsia"/>
          <w:lang w:eastAsia="ja-JP"/>
        </w:rPr>
        <w:t xml:space="preserve">　　</w:t>
      </w:r>
      <w:permEnd w:id="1140214870"/>
      <w:r w:rsidRPr="00F00BFD">
        <w:rPr>
          <w:rFonts w:eastAsia="ＭＳ 明朝" w:hint="eastAsia"/>
          <w:lang w:eastAsia="ja-JP"/>
        </w:rPr>
        <w:t>月</w:t>
      </w:r>
      <w:permStart w:id="1712157105" w:edGrp="everyone"/>
      <w:r w:rsidR="002F28DB">
        <w:rPr>
          <w:rFonts w:eastAsia="ＭＳ 明朝" w:hint="eastAsia"/>
          <w:lang w:eastAsia="ja-JP"/>
        </w:rPr>
        <w:t xml:space="preserve">　　</w:t>
      </w:r>
      <w:permEnd w:id="1712157105"/>
      <w:r w:rsidRPr="00F00BFD">
        <w:rPr>
          <w:rFonts w:eastAsia="ＭＳ 明朝" w:hint="eastAsia"/>
          <w:lang w:eastAsia="ja-JP"/>
        </w:rPr>
        <w:t>日</w:t>
      </w:r>
    </w:p>
    <w:p w14:paraId="2A1AB729" w14:textId="1FEF273D" w:rsidR="00F00BFD" w:rsidRPr="001C124A" w:rsidRDefault="00F00BFD" w:rsidP="00E35D08">
      <w:pPr>
        <w:snapToGrid w:val="0"/>
        <w:spacing w:after="0" w:line="240" w:lineRule="auto"/>
        <w:rPr>
          <w:rFonts w:eastAsia="ＭＳ 明朝"/>
          <w:sz w:val="6"/>
          <w:szCs w:val="8"/>
          <w:lang w:eastAsia="ja-JP"/>
        </w:rPr>
      </w:pPr>
    </w:p>
    <w:tbl>
      <w:tblPr>
        <w:tblW w:w="10180" w:type="dxa"/>
        <w:tblInd w:w="153" w:type="dxa"/>
        <w:tblLayout w:type="fixed"/>
        <w:tblLook w:val="04A0" w:firstRow="1" w:lastRow="0" w:firstColumn="1" w:lastColumn="0" w:noHBand="0" w:noVBand="1"/>
      </w:tblPr>
      <w:tblGrid>
        <w:gridCol w:w="1069"/>
        <w:gridCol w:w="504"/>
        <w:gridCol w:w="163"/>
        <w:gridCol w:w="397"/>
        <w:gridCol w:w="7"/>
        <w:gridCol w:w="340"/>
        <w:gridCol w:w="87"/>
        <w:gridCol w:w="311"/>
        <w:gridCol w:w="169"/>
        <w:gridCol w:w="67"/>
        <w:gridCol w:w="253"/>
        <w:gridCol w:w="20"/>
        <w:gridCol w:w="504"/>
        <w:gridCol w:w="63"/>
        <w:gridCol w:w="182"/>
        <w:gridCol w:w="365"/>
        <w:gridCol w:w="391"/>
        <w:gridCol w:w="602"/>
        <w:gridCol w:w="142"/>
        <w:gridCol w:w="1987"/>
        <w:gridCol w:w="488"/>
        <w:gridCol w:w="2069"/>
      </w:tblGrid>
      <w:tr w:rsidR="00C06D96" w:rsidRPr="0074249B" w14:paraId="0A0D8501" w14:textId="093117B9" w:rsidTr="00A1518B">
        <w:trPr>
          <w:trHeight w:val="397"/>
        </w:trPr>
        <w:tc>
          <w:tcPr>
            <w:tcW w:w="10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7705" w14:textId="139B7269" w:rsidR="00C06D96" w:rsidRPr="0074249B" w:rsidRDefault="00C06D96" w:rsidP="00441B44">
            <w:pPr>
              <w:spacing w:after="0" w:line="240" w:lineRule="auto"/>
              <w:jc w:val="distribute"/>
              <w:rPr>
                <w:szCs w:val="21"/>
                <w:lang w:eastAsia="ja-JP"/>
              </w:rPr>
            </w:pPr>
            <w:permStart w:id="1726900083" w:edGrp="everyone" w:colFirst="1" w:colLast="1"/>
            <w:permStart w:id="76300121" w:edGrp="everyone" w:colFirst="3" w:colLast="3"/>
            <w:r w:rsidRPr="0074249B">
              <w:rPr>
                <w:rFonts w:hint="eastAsia"/>
                <w:szCs w:val="21"/>
                <w:lang w:eastAsia="ja-JP"/>
              </w:rPr>
              <w:t>所属</w:t>
            </w:r>
          </w:p>
        </w:tc>
        <w:tc>
          <w:tcPr>
            <w:tcW w:w="3432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F301" w14:textId="50623027" w:rsidR="00C06D96" w:rsidRPr="0074249B" w:rsidRDefault="00C06D96" w:rsidP="005058F0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2E54" w14:textId="23E1E95C" w:rsidR="00C06D96" w:rsidRPr="0074249B" w:rsidRDefault="00C06D96" w:rsidP="00DA1662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ja-JP"/>
              </w:rPr>
              <w:t>職　名</w:t>
            </w:r>
          </w:p>
        </w:tc>
        <w:tc>
          <w:tcPr>
            <w:tcW w:w="261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1A759" w14:textId="7AB1BE62" w:rsidR="00C06D96" w:rsidRPr="0074249B" w:rsidRDefault="00C06D96" w:rsidP="005058F0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2069" w:type="dxa"/>
            <w:tcBorders>
              <w:left w:val="single" w:sz="12" w:space="0" w:color="auto"/>
            </w:tcBorders>
          </w:tcPr>
          <w:p w14:paraId="3B67CFED" w14:textId="45FF0494" w:rsidR="00C06D96" w:rsidRPr="00C06D96" w:rsidRDefault="00C06D96" w:rsidP="00C06D96">
            <w:pPr>
              <w:spacing w:after="0" w:line="240" w:lineRule="auto"/>
              <w:rPr>
                <w:sz w:val="2"/>
                <w:szCs w:val="2"/>
                <w:lang w:eastAsia="ja-JP"/>
              </w:rPr>
            </w:pPr>
          </w:p>
        </w:tc>
      </w:tr>
      <w:tr w:rsidR="00C06D96" w:rsidRPr="0074249B" w14:paraId="5A718DF1" w14:textId="18A08806" w:rsidTr="00A1518B">
        <w:trPr>
          <w:trHeight w:val="397"/>
        </w:trPr>
        <w:tc>
          <w:tcPr>
            <w:tcW w:w="10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3C4C" w14:textId="7BEB34A0" w:rsidR="00C06D96" w:rsidRPr="0074249B" w:rsidRDefault="00C06D96" w:rsidP="00236EFC">
            <w:pPr>
              <w:spacing w:after="0" w:line="240" w:lineRule="auto"/>
              <w:jc w:val="distribute"/>
              <w:rPr>
                <w:szCs w:val="21"/>
              </w:rPr>
            </w:pPr>
            <w:permStart w:id="1138195672" w:edGrp="everyone" w:colFirst="1" w:colLast="1"/>
            <w:permStart w:id="270413119" w:edGrp="everyone" w:colFirst="3" w:colLast="3"/>
            <w:permStart w:id="1433950265" w:edGrp="everyone" w:colFirst="4" w:colLast="4"/>
            <w:permEnd w:id="1726900083"/>
            <w:permEnd w:id="76300121"/>
            <w:r w:rsidRPr="0074249B">
              <w:rPr>
                <w:szCs w:val="21"/>
              </w:rPr>
              <w:t>教科</w:t>
            </w:r>
          </w:p>
        </w:tc>
        <w:tc>
          <w:tcPr>
            <w:tcW w:w="28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09C7" w14:textId="78302624" w:rsidR="00C06D96" w:rsidRPr="0074249B" w:rsidRDefault="00C06D96" w:rsidP="005058F0">
            <w:pPr>
              <w:spacing w:after="0" w:line="240" w:lineRule="auto"/>
              <w:jc w:val="center"/>
              <w:rPr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0DA4" w14:textId="17756A9B" w:rsidR="00C06D96" w:rsidRPr="0074249B" w:rsidRDefault="00C06D96" w:rsidP="00DA1662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ja-JP"/>
              </w:rPr>
              <w:t>専門科目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D40931" w14:textId="7C275B65" w:rsidR="00C06D96" w:rsidRPr="0074249B" w:rsidRDefault="00C06D96" w:rsidP="005058F0">
            <w:pPr>
              <w:spacing w:after="0" w:line="240" w:lineRule="auto"/>
              <w:jc w:val="center"/>
              <w:rPr>
                <w:szCs w:val="21"/>
              </w:rPr>
            </w:pPr>
          </w:p>
        </w:tc>
        <w:tc>
          <w:tcPr>
            <w:tcW w:w="2069" w:type="dxa"/>
            <w:vMerge w:val="restart"/>
            <w:tcBorders>
              <w:left w:val="single" w:sz="12" w:space="0" w:color="auto"/>
            </w:tcBorders>
          </w:tcPr>
          <w:p w14:paraId="618F083F" w14:textId="51F9CE75" w:rsidR="00C06D96" w:rsidRPr="00C06D96" w:rsidRDefault="00C06D96" w:rsidP="00C06D96">
            <w:pPr>
              <w:snapToGrid w:val="0"/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</w:tr>
      <w:tr w:rsidR="00C06D96" w:rsidRPr="0074249B" w14:paraId="273A82BD" w14:textId="473C5053" w:rsidTr="00A1518B">
        <w:trPr>
          <w:trHeight w:val="113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15F3B07" w14:textId="56371D00" w:rsidR="00C06D96" w:rsidRPr="0074249B" w:rsidRDefault="00C06D96" w:rsidP="00236EFC">
            <w:pPr>
              <w:spacing w:after="0" w:line="240" w:lineRule="auto"/>
              <w:jc w:val="distribute"/>
              <w:rPr>
                <w:szCs w:val="21"/>
              </w:rPr>
            </w:pPr>
            <w:permStart w:id="1698376715" w:edGrp="everyone" w:colFirst="10" w:colLast="10"/>
            <w:permStart w:id="876754511" w:edGrp="everyone" w:colFirst="2" w:colLast="2"/>
            <w:permStart w:id="1709125520" w:edGrp="everyone" w:colFirst="4" w:colLast="4"/>
            <w:permStart w:id="1501713325" w:edGrp="everyone" w:colFirst="6" w:colLast="6"/>
            <w:permEnd w:id="1138195672"/>
            <w:permEnd w:id="270413119"/>
            <w:permEnd w:id="1433950265"/>
            <w:r w:rsidRPr="0074249B">
              <w:rPr>
                <w:rFonts w:hint="eastAsia"/>
                <w:szCs w:val="21"/>
                <w:lang w:eastAsia="ja-JP"/>
              </w:rPr>
              <w:t>生年月日</w:t>
            </w:r>
          </w:p>
        </w:tc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18FC4B" w14:textId="28FBDE40" w:rsidR="00C06D96" w:rsidRPr="0074249B" w:rsidRDefault="00C06D96" w:rsidP="00DC6DE3">
            <w:pPr>
              <w:spacing w:after="0" w:line="240" w:lineRule="auto"/>
              <w:ind w:leftChars="-20" w:left="-42" w:rightChars="-50" w:right="-105"/>
              <w:jc w:val="right"/>
              <w:rPr>
                <w:szCs w:val="21"/>
                <w:lang w:eastAsia="ja-JP"/>
              </w:rPr>
            </w:pPr>
            <w:r>
              <w:rPr>
                <w:rFonts w:hint="eastAsia"/>
                <w:szCs w:val="21"/>
                <w:lang w:eastAsia="ja-JP"/>
              </w:rPr>
              <w:t xml:space="preserve">昭和　　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6A93A781" w14:textId="0CDE3057" w:rsidR="00C06D96" w:rsidRPr="0074249B" w:rsidRDefault="00C06D96" w:rsidP="00B92797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340" w:type="dxa"/>
            <w:vMerge w:val="restart"/>
            <w:tcBorders>
              <w:top w:val="single" w:sz="4" w:space="0" w:color="auto"/>
            </w:tcBorders>
            <w:vAlign w:val="center"/>
          </w:tcPr>
          <w:p w14:paraId="3D8DED09" w14:textId="06C87426" w:rsidR="00C06D96" w:rsidRPr="0074249B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  <w:r>
              <w:rPr>
                <w:rFonts w:hint="eastAsia"/>
                <w:szCs w:val="21"/>
                <w:lang w:eastAsia="ja-JP"/>
              </w:rPr>
              <w:t xml:space="preserve">年　　　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08CB3EB3" w14:textId="3798049B" w:rsidR="00C06D96" w:rsidRPr="0074249B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783116FD" w14:textId="1A4C365E" w:rsidR="00C06D96" w:rsidRPr="0074249B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  <w:r>
              <w:rPr>
                <w:rFonts w:hint="eastAsia"/>
                <w:szCs w:val="21"/>
                <w:lang w:eastAsia="ja-JP"/>
              </w:rPr>
              <w:t xml:space="preserve">月　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E4BF06F" w14:textId="2E9D552D" w:rsidR="00C06D96" w:rsidRPr="0074249B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5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686BA3" w14:textId="78CE6AEB" w:rsidR="00C06D96" w:rsidRPr="0074249B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  <w:r>
              <w:rPr>
                <w:rFonts w:hint="eastAsia"/>
                <w:szCs w:val="21"/>
                <w:lang w:eastAsia="ja-JP"/>
              </w:rPr>
              <w:t>日生</w:t>
            </w:r>
          </w:p>
        </w:tc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61BDD" w14:textId="0D0760EE" w:rsidR="00C06D96" w:rsidRPr="0074249B" w:rsidRDefault="00C06D96" w:rsidP="004C1FFA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  <w:r>
              <w:rPr>
                <w:rFonts w:hint="eastAsia"/>
                <w:szCs w:val="21"/>
                <w:lang w:eastAsia="ja-JP"/>
              </w:rPr>
              <w:t>氏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4F2BA17" w14:textId="77777777" w:rsidR="00C06D96" w:rsidRPr="00AC030F" w:rsidRDefault="00C06D96" w:rsidP="00C4081B">
            <w:pPr>
              <w:snapToGrid w:val="0"/>
              <w:spacing w:after="0" w:line="240" w:lineRule="auto"/>
              <w:ind w:leftChars="-50" w:left="-105" w:rightChars="-50" w:right="-105"/>
              <w:jc w:val="center"/>
              <w:rPr>
                <w:sz w:val="16"/>
                <w:szCs w:val="16"/>
                <w:lang w:eastAsia="ja-JP"/>
              </w:rPr>
            </w:pPr>
            <w:r w:rsidRPr="00AC030F">
              <w:rPr>
                <w:rFonts w:hint="eastAsia"/>
                <w:sz w:val="16"/>
                <w:szCs w:val="16"/>
                <w:lang w:eastAsia="ja-JP"/>
              </w:rPr>
              <w:t>ふりがな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3197CA59" w14:textId="262837DD" w:rsidR="00C06D96" w:rsidRPr="00AC030F" w:rsidRDefault="00C06D96" w:rsidP="00C01FEE">
            <w:pPr>
              <w:snapToGrid w:val="0"/>
              <w:spacing w:after="0" w:line="240" w:lineRule="auto"/>
              <w:rPr>
                <w:sz w:val="16"/>
                <w:szCs w:val="16"/>
                <w:lang w:eastAsia="ja-JP"/>
              </w:rPr>
            </w:pPr>
          </w:p>
        </w:tc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6FE24828" w14:textId="77777777" w:rsidR="00C06D96" w:rsidRPr="00AC030F" w:rsidRDefault="00C06D96" w:rsidP="00C06D96">
            <w:pPr>
              <w:snapToGrid w:val="0"/>
              <w:spacing w:after="0" w:line="240" w:lineRule="auto"/>
              <w:jc w:val="center"/>
              <w:rPr>
                <w:sz w:val="16"/>
                <w:szCs w:val="16"/>
                <w:lang w:eastAsia="ja-JP"/>
              </w:rPr>
            </w:pPr>
          </w:p>
        </w:tc>
      </w:tr>
      <w:tr w:rsidR="00C06D96" w:rsidRPr="0074249B" w14:paraId="105CF6E9" w14:textId="56F715B9" w:rsidTr="00A1518B">
        <w:trPr>
          <w:trHeight w:val="272"/>
        </w:trPr>
        <w:tc>
          <w:tcPr>
            <w:tcW w:w="106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142960" w14:textId="77777777" w:rsidR="00C06D96" w:rsidRPr="0074249B" w:rsidRDefault="00C06D96" w:rsidP="00236EFC">
            <w:pPr>
              <w:spacing w:after="0" w:line="240" w:lineRule="auto"/>
              <w:jc w:val="distribute"/>
              <w:rPr>
                <w:szCs w:val="21"/>
                <w:lang w:eastAsia="ja-JP"/>
              </w:rPr>
            </w:pPr>
            <w:permStart w:id="298212071" w:edGrp="everyone" w:colFirst="9" w:colLast="9"/>
            <w:permEnd w:id="1698376715"/>
            <w:permEnd w:id="876754511"/>
            <w:permEnd w:id="1709125520"/>
            <w:permEnd w:id="1501713325"/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842515" w14:textId="77777777" w:rsidR="00C06D96" w:rsidRDefault="00C06D96" w:rsidP="00616F58">
            <w:pPr>
              <w:spacing w:after="0" w:line="240" w:lineRule="auto"/>
              <w:ind w:leftChars="-50" w:left="-105" w:rightChars="-50" w:right="-105"/>
              <w:jc w:val="right"/>
              <w:rPr>
                <w:szCs w:val="21"/>
                <w:lang w:eastAsia="ja-JP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</w:tcBorders>
            <w:vAlign w:val="center"/>
          </w:tcPr>
          <w:p w14:paraId="018F9556" w14:textId="77777777" w:rsidR="00C06D96" w:rsidRPr="0074249B" w:rsidRDefault="00C06D96" w:rsidP="00B92797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</w:tcBorders>
            <w:vAlign w:val="center"/>
          </w:tcPr>
          <w:p w14:paraId="7C60BDB5" w14:textId="77777777" w:rsidR="00C06D96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</w:tcBorders>
            <w:vAlign w:val="center"/>
          </w:tcPr>
          <w:p w14:paraId="265AD52C" w14:textId="77777777" w:rsidR="00C06D96" w:rsidRPr="0074249B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340" w:type="dxa"/>
            <w:gridSpan w:val="3"/>
            <w:vMerge/>
            <w:tcBorders>
              <w:top w:val="single" w:sz="4" w:space="0" w:color="auto"/>
            </w:tcBorders>
            <w:vAlign w:val="center"/>
          </w:tcPr>
          <w:p w14:paraId="05B0C723" w14:textId="77777777" w:rsidR="00C06D96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</w:tcBorders>
            <w:vAlign w:val="center"/>
          </w:tcPr>
          <w:p w14:paraId="69D44E7F" w14:textId="77777777" w:rsidR="00C06D96" w:rsidRPr="0074249B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547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D4549A" w14:textId="77777777" w:rsidR="00C06D96" w:rsidRDefault="00C06D96" w:rsidP="00150BEF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E5217" w14:textId="77777777" w:rsidR="00C06D96" w:rsidRDefault="00C06D96" w:rsidP="00DD6464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3219" w:type="dxa"/>
            <w:gridSpan w:val="4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FB50F1" w14:textId="7939919F" w:rsidR="00C06D96" w:rsidRPr="009D1A77" w:rsidRDefault="00C06D96" w:rsidP="002F28DB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eastAsia="ja-JP"/>
              </w:rPr>
            </w:pPr>
          </w:p>
        </w:tc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60094953" w14:textId="77777777" w:rsidR="00C06D96" w:rsidRPr="009D1A77" w:rsidRDefault="00C06D96" w:rsidP="00C06D96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eastAsia="ja-JP"/>
              </w:rPr>
            </w:pPr>
          </w:p>
        </w:tc>
      </w:tr>
      <w:tr w:rsidR="00C06D96" w:rsidRPr="0074249B" w14:paraId="21247D89" w14:textId="5F4EDD4D" w:rsidTr="00A1518B">
        <w:trPr>
          <w:trHeight w:val="454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07492B" w14:textId="094ECD52" w:rsidR="00C06D96" w:rsidRPr="0074249B" w:rsidRDefault="00C06D96" w:rsidP="00236EFC">
            <w:pPr>
              <w:spacing w:after="0" w:line="240" w:lineRule="auto"/>
              <w:jc w:val="distribute"/>
              <w:rPr>
                <w:szCs w:val="21"/>
                <w:lang w:eastAsia="ja-JP"/>
              </w:rPr>
            </w:pPr>
            <w:permStart w:id="437333819" w:edGrp="everyone" w:colFirst="3" w:colLast="3"/>
            <w:permEnd w:id="298212071"/>
            <w:r>
              <w:rPr>
                <w:rFonts w:hint="eastAsia"/>
                <w:szCs w:val="21"/>
                <w:lang w:eastAsia="ja-JP"/>
              </w:rPr>
              <w:t>年齢</w:t>
            </w:r>
          </w:p>
        </w:tc>
        <w:tc>
          <w:tcPr>
            <w:tcW w:w="18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7ED4EE" w14:textId="5CE9F97F" w:rsidR="00C06D96" w:rsidRDefault="00C06D96" w:rsidP="00BD4BDD">
            <w:pPr>
              <w:spacing w:after="0" w:line="240" w:lineRule="auto"/>
              <w:ind w:leftChars="-50" w:left="-105" w:rightChars="-50" w:right="-105"/>
              <w:jc w:val="center"/>
              <w:rPr>
                <w:szCs w:val="21"/>
                <w:lang w:eastAsia="ja-JP"/>
              </w:rPr>
            </w:pPr>
            <w:r w:rsidRPr="00473C4D">
              <w:rPr>
                <w:spacing w:val="-12"/>
                <w:sz w:val="18"/>
                <w:szCs w:val="18"/>
                <w:lang w:eastAsia="ja-JP"/>
              </w:rPr>
              <w:t>令和</w:t>
            </w:r>
            <w:r>
              <w:rPr>
                <w:rFonts w:hint="eastAsia"/>
                <w:spacing w:val="-12"/>
                <w:sz w:val="18"/>
                <w:szCs w:val="18"/>
                <w:lang w:eastAsia="ja-JP"/>
              </w:rPr>
              <w:t>９</w:t>
            </w:r>
            <w:r w:rsidRPr="00473C4D">
              <w:rPr>
                <w:spacing w:val="-12"/>
                <w:sz w:val="18"/>
                <w:szCs w:val="18"/>
                <w:lang w:eastAsia="ja-JP"/>
              </w:rPr>
              <w:t>年</w:t>
            </w:r>
            <w:r>
              <w:rPr>
                <w:rFonts w:hint="eastAsia"/>
                <w:spacing w:val="-12"/>
                <w:sz w:val="18"/>
                <w:szCs w:val="18"/>
                <w:lang w:eastAsia="ja-JP"/>
              </w:rPr>
              <w:t>３</w:t>
            </w:r>
            <w:r w:rsidRPr="00473C4D">
              <w:rPr>
                <w:spacing w:val="-12"/>
                <w:sz w:val="18"/>
                <w:szCs w:val="18"/>
                <w:lang w:eastAsia="ja-JP"/>
              </w:rPr>
              <w:t>月</w:t>
            </w:r>
            <w:r w:rsidRPr="00D6229C">
              <w:rPr>
                <w:rFonts w:hint="eastAsia"/>
                <w:spacing w:val="-60"/>
                <w:sz w:val="18"/>
                <w:szCs w:val="18"/>
                <w:lang w:eastAsia="ja-JP"/>
              </w:rPr>
              <w:t>３</w:t>
            </w:r>
            <w:r>
              <w:rPr>
                <w:rFonts w:hint="eastAsia"/>
                <w:spacing w:val="-12"/>
                <w:sz w:val="18"/>
                <w:szCs w:val="18"/>
                <w:lang w:eastAsia="ja-JP"/>
              </w:rPr>
              <w:t>１</w:t>
            </w:r>
            <w:r w:rsidRPr="00473C4D">
              <w:rPr>
                <w:spacing w:val="-12"/>
                <w:sz w:val="18"/>
                <w:szCs w:val="18"/>
                <w:lang w:eastAsia="ja-JP"/>
              </w:rPr>
              <w:t>日現在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8A85A" w14:textId="39FDC050" w:rsidR="00C06D96" w:rsidRDefault="00C06D96" w:rsidP="00450D62">
            <w:pPr>
              <w:spacing w:after="0" w:line="240" w:lineRule="auto"/>
              <w:ind w:leftChars="-50" w:left="-105" w:rightChars="-50" w:right="-105"/>
              <w:rPr>
                <w:szCs w:val="21"/>
                <w:lang w:eastAsia="ja-JP"/>
              </w:rPr>
            </w:pPr>
            <w:r w:rsidRPr="00CD164F">
              <w:rPr>
                <w:szCs w:val="21"/>
                <w:lang w:eastAsia="ja-JP"/>
              </w:rPr>
              <w:t>（</w:t>
            </w:r>
            <w:r w:rsidRPr="00CD164F">
              <w:rPr>
                <w:rFonts w:hint="eastAsia"/>
                <w:szCs w:val="21"/>
                <w:lang w:eastAsia="ja-JP"/>
              </w:rPr>
              <w:t xml:space="preserve">　　　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F5A30" w14:textId="199AB6AF" w:rsidR="00C06D96" w:rsidRDefault="00C06D96" w:rsidP="00B92797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3C6F2" w14:textId="56C781FF" w:rsidR="00C06D96" w:rsidRDefault="00C06D96" w:rsidP="00C4081B">
            <w:pPr>
              <w:spacing w:after="0" w:line="240" w:lineRule="auto"/>
              <w:ind w:leftChars="-50" w:left="-105" w:rightChars="-100" w:right="-210"/>
              <w:jc w:val="center"/>
              <w:rPr>
                <w:szCs w:val="21"/>
                <w:lang w:eastAsia="ja-JP"/>
              </w:rPr>
            </w:pPr>
            <w:r w:rsidRPr="00CD164F">
              <w:rPr>
                <w:spacing w:val="-20"/>
                <w:szCs w:val="21"/>
                <w:lang w:eastAsia="ja-JP"/>
              </w:rPr>
              <w:t>）</w:t>
            </w:r>
          </w:p>
        </w:tc>
        <w:tc>
          <w:tcPr>
            <w:tcW w:w="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C5D2" w14:textId="6A25ED43" w:rsidR="00C06D96" w:rsidRDefault="00C06D96" w:rsidP="00C4081B">
            <w:pPr>
              <w:spacing w:after="0" w:line="240" w:lineRule="auto"/>
              <w:ind w:leftChars="-50" w:left="-105" w:rightChars="-50" w:right="-105"/>
              <w:jc w:val="both"/>
              <w:rPr>
                <w:szCs w:val="21"/>
                <w:lang w:eastAsia="ja-JP"/>
              </w:rPr>
            </w:pPr>
            <w:r w:rsidRPr="00CD164F">
              <w:rPr>
                <w:szCs w:val="21"/>
                <w:lang w:eastAsia="ja-JP"/>
              </w:rPr>
              <w:t>歳</w:t>
            </w:r>
          </w:p>
        </w:tc>
        <w:tc>
          <w:tcPr>
            <w:tcW w:w="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E2E8" w14:textId="175DE1C7" w:rsidR="00C06D96" w:rsidRPr="0074249B" w:rsidRDefault="00C06D96" w:rsidP="00DD6464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ja-JP"/>
              </w:rPr>
              <w:t>名</w:t>
            </w:r>
          </w:p>
        </w:tc>
        <w:tc>
          <w:tcPr>
            <w:tcW w:w="321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D89B0D" w14:textId="0BC0BA91" w:rsidR="00C06D96" w:rsidRPr="002179A7" w:rsidRDefault="00C06D96" w:rsidP="005D0E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6F8CBF3E" w14:textId="77777777" w:rsidR="00C06D96" w:rsidRPr="002179A7" w:rsidRDefault="00C06D96" w:rsidP="00C06D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C06D96" w:rsidRPr="0074249B" w14:paraId="5E080A9B" w14:textId="0591996D" w:rsidTr="00A1518B">
        <w:trPr>
          <w:trHeight w:val="275"/>
        </w:trPr>
        <w:tc>
          <w:tcPr>
            <w:tcW w:w="106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B64E4D" w14:textId="45761EA4" w:rsidR="00C06D96" w:rsidRPr="0074249B" w:rsidRDefault="00C06D96" w:rsidP="0074249B">
            <w:pPr>
              <w:spacing w:after="0" w:line="240" w:lineRule="auto"/>
              <w:jc w:val="center"/>
              <w:rPr>
                <w:szCs w:val="21"/>
              </w:rPr>
            </w:pPr>
            <w:permStart w:id="1782660562" w:edGrp="everyone" w:colFirst="3" w:colLast="3"/>
            <w:permEnd w:id="437333819"/>
          </w:p>
        </w:tc>
        <w:tc>
          <w:tcPr>
            <w:tcW w:w="3432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697F3" w14:textId="6191542B" w:rsidR="00C06D96" w:rsidRPr="0074249B" w:rsidRDefault="00C06D96" w:rsidP="008B62A1">
            <w:pPr>
              <w:spacing w:after="0" w:line="240" w:lineRule="auto"/>
              <w:rPr>
                <w:szCs w:val="21"/>
                <w:lang w:eastAsia="ja-JP"/>
              </w:rPr>
            </w:pPr>
            <w:r w:rsidRPr="003E0669">
              <w:rPr>
                <w:rFonts w:hint="eastAsia"/>
                <w:spacing w:val="-60"/>
                <w:sz w:val="20"/>
                <w:szCs w:val="20"/>
                <w:lang w:eastAsia="ja-JP"/>
              </w:rPr>
              <w:t>６</w:t>
            </w:r>
            <w:r>
              <w:rPr>
                <w:rFonts w:hint="eastAsia"/>
                <w:sz w:val="20"/>
                <w:szCs w:val="20"/>
                <w:lang w:eastAsia="ja-JP"/>
              </w:rPr>
              <w:t>０</w:t>
            </w:r>
            <w:r w:rsidRPr="00CD164F">
              <w:rPr>
                <w:sz w:val="20"/>
                <w:szCs w:val="20"/>
                <w:lang w:eastAsia="ja-JP"/>
              </w:rPr>
              <w:t>歳、</w:t>
            </w:r>
            <w:r w:rsidRPr="003E0669">
              <w:rPr>
                <w:rFonts w:hint="eastAsia"/>
                <w:spacing w:val="-60"/>
                <w:sz w:val="20"/>
                <w:szCs w:val="20"/>
                <w:lang w:eastAsia="ja-JP"/>
              </w:rPr>
              <w:t>６</w:t>
            </w:r>
            <w:r>
              <w:rPr>
                <w:rFonts w:hint="eastAsia"/>
                <w:sz w:val="20"/>
                <w:szCs w:val="20"/>
                <w:lang w:eastAsia="ja-JP"/>
              </w:rPr>
              <w:t>１</w:t>
            </w:r>
            <w:r w:rsidRPr="00CD164F">
              <w:rPr>
                <w:sz w:val="20"/>
                <w:szCs w:val="20"/>
                <w:lang w:eastAsia="ja-JP"/>
              </w:rPr>
              <w:t>歳の者は</w:t>
            </w:r>
            <w:r>
              <w:rPr>
                <w:rFonts w:hint="eastAsia"/>
                <w:sz w:val="20"/>
                <w:szCs w:val="20"/>
                <w:lang w:eastAsia="ja-JP"/>
              </w:rPr>
              <w:t xml:space="preserve"> </w:t>
            </w:r>
            <w:r w:rsidRPr="00CD164F">
              <w:rPr>
                <w:sz w:val="20"/>
                <w:szCs w:val="20"/>
                <w:lang w:eastAsia="ja-JP"/>
              </w:rPr>
              <w:t>右のあてはまる項目に○をつけること。</w:t>
            </w:r>
          </w:p>
        </w:tc>
        <w:tc>
          <w:tcPr>
            <w:tcW w:w="3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56C1" w14:textId="6843E74F" w:rsidR="00C06D96" w:rsidRPr="00EB4016" w:rsidRDefault="00C06D96" w:rsidP="00CD1675">
            <w:pPr>
              <w:spacing w:after="0" w:line="240" w:lineRule="auto"/>
              <w:ind w:rightChars="-50" w:right="-105"/>
              <w:rPr>
                <w:szCs w:val="21"/>
                <w:lang w:eastAsia="ja-JP"/>
              </w:rPr>
            </w:pPr>
            <w:r w:rsidRPr="00EB4016">
              <w:rPr>
                <w:szCs w:val="21"/>
                <w:lang w:eastAsia="ja-JP"/>
              </w:rPr>
              <w:t>令和</w:t>
            </w:r>
            <w:r>
              <w:rPr>
                <w:rFonts w:hint="eastAsia"/>
                <w:szCs w:val="21"/>
                <w:lang w:eastAsia="ja-JP"/>
              </w:rPr>
              <w:t>５</w:t>
            </w:r>
            <w:r w:rsidRPr="00EB4016">
              <w:rPr>
                <w:szCs w:val="21"/>
                <w:lang w:eastAsia="ja-JP"/>
              </w:rPr>
              <w:t>年</w:t>
            </w:r>
            <w:r>
              <w:rPr>
                <w:rFonts w:hint="eastAsia"/>
                <w:szCs w:val="21"/>
                <w:lang w:eastAsia="ja-JP"/>
              </w:rPr>
              <w:t>４</w:t>
            </w:r>
            <w:r w:rsidRPr="00EB4016">
              <w:rPr>
                <w:szCs w:val="21"/>
                <w:lang w:eastAsia="ja-JP"/>
              </w:rPr>
              <w:t>月</w:t>
            </w:r>
            <w:r>
              <w:rPr>
                <w:rFonts w:hint="eastAsia"/>
                <w:szCs w:val="21"/>
                <w:lang w:eastAsia="ja-JP"/>
              </w:rPr>
              <w:t>１</w:t>
            </w:r>
            <w:r w:rsidRPr="00EB4016">
              <w:rPr>
                <w:szCs w:val="21"/>
                <w:lang w:eastAsia="ja-JP"/>
              </w:rPr>
              <w:t>日前に退職</w:t>
            </w:r>
          </w:p>
        </w:tc>
        <w:sdt>
          <w:sdtPr>
            <w:rPr>
              <w:szCs w:val="21"/>
              <w:lang w:eastAsia="ja-JP"/>
            </w:rPr>
            <w:alias w:val="該当するものに〇"/>
            <w:tag w:val="該当するものに〇"/>
            <w:id w:val="810981690"/>
            <w:placeholder>
              <w:docPart w:val="4783101927DB4BA9A67610E515EDF3C3"/>
            </w:placeholder>
            <w:dropDownList>
              <w:listItem w:displayText="○" w:value="○"/>
              <w:listItem w:displayText="　" w:value="　"/>
            </w:dropDownList>
          </w:sdtPr>
          <w:sdtContent>
            <w:tc>
              <w:tcPr>
                <w:tcW w:w="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3F5FECB1" w14:textId="683617D8" w:rsidR="00C06D96" w:rsidRPr="0074249B" w:rsidRDefault="00C06D96" w:rsidP="009F3A98">
                <w:pPr>
                  <w:spacing w:after="0" w:line="240" w:lineRule="auto"/>
                  <w:jc w:val="center"/>
                  <w:rPr>
                    <w:szCs w:val="21"/>
                    <w:lang w:eastAsia="ja-JP"/>
                  </w:rPr>
                </w:pPr>
                <w:r>
                  <w:rPr>
                    <w:szCs w:val="21"/>
                    <w:lang w:eastAsia="ja-JP"/>
                  </w:rPr>
                  <w:t xml:space="preserve">　</w:t>
                </w:r>
              </w:p>
            </w:tc>
          </w:sdtContent>
        </w:sdt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3DB78D4A" w14:textId="77777777" w:rsidR="00C06D96" w:rsidRDefault="00C06D96" w:rsidP="00C06D96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</w:p>
        </w:tc>
      </w:tr>
      <w:tr w:rsidR="00C06D96" w:rsidRPr="0074249B" w14:paraId="0420CE86" w14:textId="45B42D8B" w:rsidTr="00A1518B">
        <w:trPr>
          <w:trHeight w:val="240"/>
        </w:trPr>
        <w:tc>
          <w:tcPr>
            <w:tcW w:w="106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B0D0" w14:textId="77777777" w:rsidR="00C06D96" w:rsidRPr="0074249B" w:rsidRDefault="00C06D96" w:rsidP="0074249B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  <w:permStart w:id="108360387" w:edGrp="everyone" w:colFirst="3" w:colLast="3"/>
            <w:permEnd w:id="1782660562"/>
          </w:p>
        </w:tc>
        <w:tc>
          <w:tcPr>
            <w:tcW w:w="3432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DFD2" w14:textId="77777777" w:rsidR="00C06D96" w:rsidRPr="0074249B" w:rsidRDefault="00C06D96" w:rsidP="0074249B">
            <w:pPr>
              <w:spacing w:after="0" w:line="240" w:lineRule="auto"/>
              <w:rPr>
                <w:szCs w:val="21"/>
                <w:lang w:eastAsia="ja-JP"/>
              </w:rPr>
            </w:pPr>
          </w:p>
        </w:tc>
        <w:tc>
          <w:tcPr>
            <w:tcW w:w="3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95B6" w14:textId="2D454886" w:rsidR="00C06D96" w:rsidRPr="00EB4016" w:rsidRDefault="00C06D96" w:rsidP="00CD1675">
            <w:pPr>
              <w:spacing w:after="0" w:line="240" w:lineRule="auto"/>
              <w:ind w:rightChars="-50" w:right="-105"/>
              <w:rPr>
                <w:szCs w:val="21"/>
                <w:lang w:eastAsia="ja-JP"/>
              </w:rPr>
            </w:pPr>
            <w:r w:rsidRPr="00EB4016">
              <w:rPr>
                <w:szCs w:val="21"/>
                <w:lang w:eastAsia="ja-JP"/>
              </w:rPr>
              <w:t>令和</w:t>
            </w:r>
            <w:r>
              <w:rPr>
                <w:rFonts w:hint="eastAsia"/>
                <w:szCs w:val="21"/>
                <w:lang w:eastAsia="ja-JP"/>
              </w:rPr>
              <w:t>５</w:t>
            </w:r>
            <w:r w:rsidRPr="00EB4016">
              <w:rPr>
                <w:szCs w:val="21"/>
                <w:lang w:eastAsia="ja-JP"/>
              </w:rPr>
              <w:t>年</w:t>
            </w:r>
            <w:r>
              <w:rPr>
                <w:rFonts w:hint="eastAsia"/>
                <w:szCs w:val="21"/>
                <w:lang w:eastAsia="ja-JP"/>
              </w:rPr>
              <w:t>４</w:t>
            </w:r>
            <w:r w:rsidRPr="00EB4016">
              <w:rPr>
                <w:szCs w:val="21"/>
                <w:lang w:eastAsia="ja-JP"/>
              </w:rPr>
              <w:t>月</w:t>
            </w:r>
            <w:r>
              <w:rPr>
                <w:rFonts w:hint="eastAsia"/>
                <w:szCs w:val="21"/>
                <w:lang w:eastAsia="ja-JP"/>
              </w:rPr>
              <w:t>１</w:t>
            </w:r>
            <w:r w:rsidRPr="00EB4016">
              <w:rPr>
                <w:szCs w:val="21"/>
                <w:lang w:eastAsia="ja-JP"/>
              </w:rPr>
              <w:t>日以後に退職</w:t>
            </w:r>
          </w:p>
        </w:tc>
        <w:sdt>
          <w:sdtPr>
            <w:rPr>
              <w:szCs w:val="21"/>
              <w:lang w:eastAsia="ja-JP"/>
            </w:rPr>
            <w:alias w:val="該当するものに〇"/>
            <w:tag w:val="該当するものに〇"/>
            <w:id w:val="1909342718"/>
            <w:placeholder>
              <w:docPart w:val="4783101927DB4BA9A67610E515EDF3C3"/>
            </w:placeholder>
            <w:dropDownList>
              <w:listItem w:displayText="○" w:value="○"/>
              <w:listItem w:displayText="　" w:value="　"/>
            </w:dropDownList>
          </w:sdtPr>
          <w:sdtContent>
            <w:tc>
              <w:tcPr>
                <w:tcW w:w="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4F296756" w14:textId="3BB374B5" w:rsidR="00C06D96" w:rsidRPr="0074249B" w:rsidRDefault="00C06D96" w:rsidP="0074249B">
                <w:pPr>
                  <w:spacing w:after="0" w:line="240" w:lineRule="auto"/>
                  <w:jc w:val="center"/>
                  <w:rPr>
                    <w:szCs w:val="21"/>
                    <w:lang w:eastAsia="ja-JP"/>
                  </w:rPr>
                </w:pPr>
                <w:r>
                  <w:rPr>
                    <w:szCs w:val="21"/>
                    <w:lang w:eastAsia="ja-JP"/>
                  </w:rPr>
                  <w:t xml:space="preserve">　</w:t>
                </w:r>
              </w:p>
            </w:tc>
          </w:sdtContent>
        </w:sdt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2C440949" w14:textId="77777777" w:rsidR="00C06D96" w:rsidRDefault="00C06D96" w:rsidP="00C06D96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</w:p>
        </w:tc>
      </w:tr>
      <w:tr w:rsidR="00C06D96" w:rsidRPr="0074249B" w14:paraId="603C98EE" w14:textId="4924FC8D" w:rsidTr="00A1518B">
        <w:trPr>
          <w:trHeight w:val="2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8BC102" w14:textId="2F278B8C" w:rsidR="00C06D96" w:rsidRPr="0074249B" w:rsidRDefault="00C06D96" w:rsidP="00236EFC">
            <w:pPr>
              <w:spacing w:after="0" w:line="240" w:lineRule="auto"/>
              <w:jc w:val="distribute"/>
              <w:rPr>
                <w:szCs w:val="21"/>
              </w:rPr>
            </w:pPr>
            <w:permStart w:id="1853844676" w:edGrp="everyone" w:colFirst="2" w:colLast="2"/>
            <w:permStart w:id="833114158" w:edGrp="everyone" w:colFirst="4" w:colLast="4"/>
            <w:permEnd w:id="108360387"/>
            <w:r w:rsidRPr="0074249B">
              <w:rPr>
                <w:szCs w:val="21"/>
              </w:rPr>
              <w:t>現住所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</w:tcPr>
          <w:p w14:paraId="78FAF3DA" w14:textId="44504A1F" w:rsidR="00C06D96" w:rsidRPr="00DC6DE3" w:rsidRDefault="00C06D96" w:rsidP="00124658">
            <w:pPr>
              <w:spacing w:after="0" w:line="240" w:lineRule="auto"/>
              <w:ind w:rightChars="-100" w:right="-210"/>
              <w:jc w:val="both"/>
              <w:rPr>
                <w:sz w:val="20"/>
                <w:szCs w:val="20"/>
              </w:rPr>
            </w:pPr>
            <w:r w:rsidRPr="00DC6DE3">
              <w:rPr>
                <w:sz w:val="20"/>
                <w:szCs w:val="20"/>
              </w:rPr>
              <w:t xml:space="preserve">〒（　　　　　　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</w:tcBorders>
            <w:vAlign w:val="center"/>
          </w:tcPr>
          <w:p w14:paraId="4E69F5B2" w14:textId="6DBC61AE" w:rsidR="00C06D96" w:rsidRPr="00DC6DE3" w:rsidRDefault="00C06D96" w:rsidP="004820DA">
            <w:pPr>
              <w:spacing w:after="0" w:line="240" w:lineRule="auto"/>
              <w:jc w:val="center"/>
              <w:rPr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</w:tcBorders>
            <w:vAlign w:val="center"/>
          </w:tcPr>
          <w:p w14:paraId="52037F1C" w14:textId="2FCCE168" w:rsidR="00C06D96" w:rsidRPr="00DC6DE3" w:rsidRDefault="00C06D96" w:rsidP="001246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C6DE3">
              <w:rPr>
                <w:rFonts w:hint="eastAsia"/>
                <w:sz w:val="20"/>
                <w:szCs w:val="20"/>
                <w:lang w:eastAsia="ja-JP"/>
              </w:rPr>
              <w:t>－</w:t>
            </w:r>
          </w:p>
        </w:tc>
        <w:tc>
          <w:tcPr>
            <w:tcW w:w="800" w:type="dxa"/>
            <w:gridSpan w:val="4"/>
            <w:tcBorders>
              <w:top w:val="single" w:sz="4" w:space="0" w:color="auto"/>
            </w:tcBorders>
            <w:vAlign w:val="center"/>
          </w:tcPr>
          <w:p w14:paraId="6B304004" w14:textId="5DB99E79" w:rsidR="00C06D96" w:rsidRPr="00DC6DE3" w:rsidRDefault="00C06D96" w:rsidP="004820DA">
            <w:pPr>
              <w:spacing w:after="0" w:line="240" w:lineRule="auto"/>
              <w:jc w:val="center"/>
              <w:rPr>
                <w:sz w:val="20"/>
                <w:szCs w:val="20"/>
                <w:lang w:eastAsia="ja-JP"/>
              </w:rPr>
            </w:pPr>
          </w:p>
        </w:tc>
        <w:tc>
          <w:tcPr>
            <w:tcW w:w="4744" w:type="dxa"/>
            <w:gridSpan w:val="10"/>
            <w:tcBorders>
              <w:top w:val="single" w:sz="4" w:space="0" w:color="auto"/>
              <w:right w:val="single" w:sz="12" w:space="0" w:color="auto"/>
            </w:tcBorders>
          </w:tcPr>
          <w:p w14:paraId="0D786EBA" w14:textId="62FF7C8E" w:rsidR="00C06D96" w:rsidRPr="00DC6DE3" w:rsidRDefault="00C06D96" w:rsidP="000339F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6DE3">
              <w:rPr>
                <w:sz w:val="20"/>
                <w:szCs w:val="20"/>
              </w:rPr>
              <w:t>）</w:t>
            </w:r>
          </w:p>
        </w:tc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2AF98E8E" w14:textId="77777777" w:rsidR="00C06D96" w:rsidRPr="00DC6DE3" w:rsidRDefault="00C06D96" w:rsidP="00C06D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06D96" w:rsidRPr="0074249B" w14:paraId="2519348C" w14:textId="42DEB58D" w:rsidTr="00A1518B">
        <w:trPr>
          <w:trHeight w:val="443"/>
        </w:trPr>
        <w:tc>
          <w:tcPr>
            <w:tcW w:w="106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8C360B" w14:textId="77777777" w:rsidR="00C06D96" w:rsidRPr="0074249B" w:rsidRDefault="00C06D96" w:rsidP="00236EFC">
            <w:pPr>
              <w:spacing w:after="0" w:line="240" w:lineRule="auto"/>
              <w:jc w:val="distribute"/>
              <w:rPr>
                <w:szCs w:val="21"/>
              </w:rPr>
            </w:pPr>
            <w:permStart w:id="1204173499" w:edGrp="everyone" w:colFirst="1" w:colLast="1"/>
            <w:permEnd w:id="1853844676"/>
            <w:permEnd w:id="833114158"/>
          </w:p>
        </w:tc>
        <w:tc>
          <w:tcPr>
            <w:tcW w:w="7042" w:type="dxa"/>
            <w:gridSpan w:val="20"/>
            <w:tcBorders>
              <w:left w:val="single" w:sz="4" w:space="0" w:color="auto"/>
              <w:right w:val="single" w:sz="12" w:space="0" w:color="auto"/>
            </w:tcBorders>
          </w:tcPr>
          <w:p w14:paraId="44023E34" w14:textId="2C76EBF0" w:rsidR="00C06D96" w:rsidRPr="00C9262B" w:rsidRDefault="00C06D96" w:rsidP="00C9262B">
            <w:pPr>
              <w:snapToGrid w:val="0"/>
              <w:spacing w:after="0" w:line="240" w:lineRule="auto"/>
              <w:jc w:val="both"/>
              <w:rPr>
                <w:szCs w:val="21"/>
                <w:lang w:eastAsia="ja-JP"/>
              </w:rPr>
            </w:pPr>
          </w:p>
        </w:tc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74E7C580" w14:textId="77777777" w:rsidR="00C06D96" w:rsidRPr="00C9262B" w:rsidRDefault="00C06D96" w:rsidP="00C06D96">
            <w:pPr>
              <w:snapToGrid w:val="0"/>
              <w:spacing w:after="0" w:line="240" w:lineRule="auto"/>
              <w:jc w:val="center"/>
              <w:rPr>
                <w:szCs w:val="21"/>
                <w:lang w:eastAsia="ja-JP"/>
              </w:rPr>
            </w:pPr>
          </w:p>
        </w:tc>
      </w:tr>
      <w:permEnd w:id="1204173499"/>
      <w:tr w:rsidR="00C06D96" w:rsidRPr="0074249B" w14:paraId="53DC0F5E" w14:textId="7A90B330" w:rsidTr="00A1518B">
        <w:trPr>
          <w:trHeight w:val="340"/>
        </w:trPr>
        <w:tc>
          <w:tcPr>
            <w:tcW w:w="106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72A2" w14:textId="77777777" w:rsidR="00C06D96" w:rsidRPr="0074249B" w:rsidRDefault="00C06D96" w:rsidP="00236EFC">
            <w:pPr>
              <w:spacing w:after="0" w:line="240" w:lineRule="auto"/>
              <w:jc w:val="distribute"/>
              <w:rPr>
                <w:szCs w:val="21"/>
              </w:rPr>
            </w:pPr>
          </w:p>
        </w:tc>
        <w:tc>
          <w:tcPr>
            <w:tcW w:w="66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FC921B" w14:textId="02E407CC" w:rsidR="00C06D96" w:rsidRPr="00DC6DE3" w:rsidRDefault="00C06D96" w:rsidP="0092463A">
            <w:pPr>
              <w:spacing w:after="0" w:line="240" w:lineRule="auto"/>
              <w:jc w:val="both"/>
              <w:rPr>
                <w:sz w:val="20"/>
                <w:szCs w:val="20"/>
                <w:lang w:eastAsia="ja-JP"/>
              </w:rPr>
            </w:pPr>
            <w:r w:rsidRPr="00DC6DE3">
              <w:rPr>
                <w:rFonts w:hint="eastAsia"/>
                <w:sz w:val="20"/>
                <w:szCs w:val="20"/>
                <w:lang w:eastAsia="ja-JP"/>
              </w:rPr>
              <w:t>電話</w:t>
            </w:r>
          </w:p>
        </w:tc>
        <w:tc>
          <w:tcPr>
            <w:tcW w:w="6375" w:type="dxa"/>
            <w:gridSpan w:val="1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87AA36B" w14:textId="23B1DC3F" w:rsidR="00C06D96" w:rsidRPr="0074249B" w:rsidRDefault="00C06D96" w:rsidP="0092463A">
            <w:pPr>
              <w:spacing w:after="0" w:line="240" w:lineRule="auto"/>
              <w:jc w:val="both"/>
              <w:rPr>
                <w:szCs w:val="21"/>
                <w:lang w:eastAsia="ja-JP"/>
              </w:rPr>
            </w:pPr>
            <w:permStart w:id="1920410975" w:edGrp="everyone"/>
            <w:r>
              <w:rPr>
                <w:rFonts w:hint="eastAsia"/>
                <w:szCs w:val="21"/>
                <w:lang w:eastAsia="ja-JP"/>
              </w:rPr>
              <w:t xml:space="preserve">　　　 </w:t>
            </w:r>
            <w:permEnd w:id="1920410975"/>
            <w:r>
              <w:rPr>
                <w:rFonts w:hint="eastAsia"/>
                <w:szCs w:val="21"/>
                <w:lang w:eastAsia="ja-JP"/>
              </w:rPr>
              <w:t xml:space="preserve">（ </w:t>
            </w:r>
            <w:permStart w:id="1045576171" w:edGrp="everyone"/>
            <w:r>
              <w:rPr>
                <w:rFonts w:hint="eastAsia"/>
                <w:szCs w:val="21"/>
                <w:lang w:eastAsia="ja-JP"/>
              </w:rPr>
              <w:t xml:space="preserve">　　　　</w:t>
            </w:r>
            <w:permEnd w:id="1045576171"/>
            <w:r>
              <w:rPr>
                <w:rFonts w:hint="eastAsia"/>
                <w:szCs w:val="21"/>
                <w:lang w:eastAsia="ja-JP"/>
              </w:rPr>
              <w:t xml:space="preserve"> ）</w:t>
            </w:r>
          </w:p>
        </w:tc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1C3723AA" w14:textId="77777777" w:rsidR="00C06D96" w:rsidRDefault="00C06D96" w:rsidP="00C06D96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</w:p>
        </w:tc>
      </w:tr>
      <w:tr w:rsidR="00C06D96" w:rsidRPr="0074249B" w14:paraId="4283B3D2" w14:textId="0A5FE18A" w:rsidTr="00A1518B">
        <w:trPr>
          <w:trHeight w:val="226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86FEA37" w14:textId="77777777" w:rsidR="00C06D96" w:rsidRDefault="00C06D96" w:rsidP="004A7F8C">
            <w:pPr>
              <w:spacing w:after="0" w:line="240" w:lineRule="auto"/>
              <w:ind w:rightChars="-14" w:right="-29"/>
              <w:rPr>
                <w:sz w:val="18"/>
                <w:szCs w:val="18"/>
                <w:lang w:eastAsia="ja-JP"/>
              </w:rPr>
            </w:pPr>
            <w:r w:rsidRPr="004A7F8C">
              <w:rPr>
                <w:sz w:val="18"/>
                <w:szCs w:val="18"/>
              </w:rPr>
              <w:t>令和</w:t>
            </w:r>
            <w:r w:rsidRPr="004A7F8C">
              <w:rPr>
                <w:rFonts w:hint="eastAsia"/>
                <w:sz w:val="18"/>
                <w:szCs w:val="18"/>
                <w:lang w:eastAsia="ja-JP"/>
              </w:rPr>
              <w:t>9</w:t>
            </w:r>
            <w:r w:rsidRPr="004A7F8C">
              <w:rPr>
                <w:sz w:val="18"/>
                <w:szCs w:val="18"/>
              </w:rPr>
              <w:t>年</w:t>
            </w:r>
          </w:p>
          <w:p w14:paraId="0DC48DA1" w14:textId="77777777" w:rsidR="00C06D96" w:rsidRDefault="00C06D96" w:rsidP="004A7F8C">
            <w:pPr>
              <w:spacing w:after="0" w:line="240" w:lineRule="auto"/>
              <w:ind w:rightChars="-14" w:right="-29"/>
              <w:rPr>
                <w:sz w:val="18"/>
                <w:szCs w:val="18"/>
                <w:lang w:eastAsia="ja-JP"/>
              </w:rPr>
            </w:pPr>
            <w:r w:rsidRPr="004A7F8C">
              <w:rPr>
                <w:sz w:val="18"/>
                <w:szCs w:val="18"/>
              </w:rPr>
              <w:t>4月以降の</w:t>
            </w:r>
          </w:p>
          <w:p w14:paraId="0FC3C79E" w14:textId="4D95FAD5" w:rsidR="00C06D96" w:rsidRPr="004A7F8C" w:rsidRDefault="00C06D96" w:rsidP="004A7F8C">
            <w:pPr>
              <w:spacing w:after="0" w:line="240" w:lineRule="auto"/>
              <w:ind w:rightChars="-14" w:right="-29"/>
              <w:rPr>
                <w:sz w:val="18"/>
                <w:szCs w:val="18"/>
                <w:lang w:eastAsia="ja-JP"/>
              </w:rPr>
            </w:pPr>
            <w:r w:rsidRPr="004A7F8C">
              <w:rPr>
                <w:sz w:val="18"/>
                <w:szCs w:val="18"/>
              </w:rPr>
              <w:t>住所</w:t>
            </w:r>
          </w:p>
        </w:tc>
        <w:tc>
          <w:tcPr>
            <w:tcW w:w="7042" w:type="dxa"/>
            <w:gridSpan w:val="20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4CDB41D" w14:textId="77777777" w:rsidR="00C06D96" w:rsidRPr="0074249B" w:rsidRDefault="00C06D96" w:rsidP="00B0609A">
            <w:pPr>
              <w:spacing w:after="0" w:line="240" w:lineRule="auto"/>
              <w:jc w:val="both"/>
              <w:rPr>
                <w:szCs w:val="21"/>
                <w:lang w:eastAsia="ja-JP"/>
              </w:rPr>
            </w:pPr>
            <w:r w:rsidRPr="00023816">
              <w:rPr>
                <w:sz w:val="16"/>
                <w:szCs w:val="16"/>
                <w:lang w:eastAsia="ja-JP"/>
              </w:rPr>
              <w:t>＊現住所と相違する場合のみ記入すること。</w:t>
            </w:r>
          </w:p>
        </w:tc>
        <w:tc>
          <w:tcPr>
            <w:tcW w:w="2069" w:type="dxa"/>
            <w:vMerge w:val="restart"/>
            <w:tcBorders>
              <w:left w:val="single" w:sz="12" w:space="0" w:color="auto"/>
            </w:tcBorders>
          </w:tcPr>
          <w:p w14:paraId="1B5C2821" w14:textId="77777777" w:rsidR="00C06D96" w:rsidRPr="00C06D96" w:rsidRDefault="00C06D96" w:rsidP="00B0609A">
            <w:pPr>
              <w:spacing w:after="0" w:line="240" w:lineRule="auto"/>
              <w:jc w:val="both"/>
              <w:rPr>
                <w:sz w:val="2"/>
                <w:szCs w:val="2"/>
                <w:lang w:eastAsia="ja-JP"/>
              </w:rPr>
            </w:pPr>
          </w:p>
        </w:tc>
      </w:tr>
      <w:tr w:rsidR="00C06D96" w:rsidRPr="0074249B" w14:paraId="6D60A4AA" w14:textId="397C27EC" w:rsidTr="00A1518B">
        <w:trPr>
          <w:trHeight w:val="553"/>
        </w:trPr>
        <w:tc>
          <w:tcPr>
            <w:tcW w:w="10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D2CA7" w14:textId="77777777" w:rsidR="00C06D96" w:rsidRPr="004A7F8C" w:rsidRDefault="00C06D96" w:rsidP="004A7F8C">
            <w:pPr>
              <w:spacing w:after="0" w:line="240" w:lineRule="auto"/>
              <w:ind w:rightChars="-14" w:right="-29"/>
              <w:rPr>
                <w:sz w:val="18"/>
                <w:szCs w:val="18"/>
                <w:lang w:eastAsia="ja-JP"/>
              </w:rPr>
            </w:pPr>
            <w:permStart w:id="1228890170" w:edGrp="everyone" w:colFirst="1" w:colLast="1"/>
          </w:p>
        </w:tc>
        <w:tc>
          <w:tcPr>
            <w:tcW w:w="7042" w:type="dxa"/>
            <w:gridSpan w:val="20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A6D5AF" w14:textId="42D347CA" w:rsidR="00C06D96" w:rsidRPr="00C06B09" w:rsidRDefault="00C06D96" w:rsidP="00C06B09">
            <w:pPr>
              <w:snapToGrid w:val="0"/>
              <w:spacing w:after="0" w:line="240" w:lineRule="auto"/>
              <w:jc w:val="both"/>
              <w:rPr>
                <w:szCs w:val="21"/>
                <w:lang w:eastAsia="ja-JP"/>
              </w:rPr>
            </w:pPr>
          </w:p>
        </w:tc>
        <w:tc>
          <w:tcPr>
            <w:tcW w:w="2069" w:type="dxa"/>
            <w:vMerge/>
            <w:tcBorders>
              <w:left w:val="single" w:sz="12" w:space="0" w:color="auto"/>
            </w:tcBorders>
          </w:tcPr>
          <w:p w14:paraId="6B144978" w14:textId="77777777" w:rsidR="00C06D96" w:rsidRPr="00C06B09" w:rsidRDefault="00C06D96" w:rsidP="00C06B09">
            <w:pPr>
              <w:snapToGrid w:val="0"/>
              <w:spacing w:after="0" w:line="240" w:lineRule="auto"/>
              <w:jc w:val="both"/>
              <w:rPr>
                <w:szCs w:val="21"/>
                <w:lang w:eastAsia="ja-JP"/>
              </w:rPr>
            </w:pPr>
          </w:p>
        </w:tc>
      </w:tr>
      <w:permEnd w:id="1228890170"/>
    </w:tbl>
    <w:p w14:paraId="51965FB9" w14:textId="77777777" w:rsidR="00B52F65" w:rsidRPr="00E1312B" w:rsidRDefault="00B52F65" w:rsidP="00F56344">
      <w:pPr>
        <w:snapToGrid w:val="0"/>
        <w:spacing w:after="0" w:line="240" w:lineRule="auto"/>
        <w:rPr>
          <w:sz w:val="10"/>
          <w:szCs w:val="12"/>
          <w:lang w:eastAsia="ja-JP"/>
        </w:rPr>
      </w:pPr>
    </w:p>
    <w:tbl>
      <w:tblPr>
        <w:tblW w:w="98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5"/>
        <w:gridCol w:w="772"/>
        <w:gridCol w:w="567"/>
        <w:gridCol w:w="543"/>
        <w:gridCol w:w="6"/>
        <w:gridCol w:w="276"/>
        <w:gridCol w:w="271"/>
        <w:gridCol w:w="476"/>
        <w:gridCol w:w="97"/>
        <w:gridCol w:w="274"/>
        <w:gridCol w:w="744"/>
        <w:gridCol w:w="208"/>
        <w:gridCol w:w="91"/>
        <w:gridCol w:w="236"/>
        <w:gridCol w:w="849"/>
        <w:gridCol w:w="188"/>
        <w:gridCol w:w="238"/>
        <w:gridCol w:w="509"/>
        <w:gridCol w:w="200"/>
        <w:gridCol w:w="62"/>
        <w:gridCol w:w="222"/>
        <w:gridCol w:w="738"/>
        <w:gridCol w:w="308"/>
        <w:gridCol w:w="229"/>
        <w:gridCol w:w="700"/>
      </w:tblGrid>
      <w:tr w:rsidR="00B31EC1" w14:paraId="082D5318" w14:textId="77777777" w:rsidTr="00BA4B2B">
        <w:trPr>
          <w:trHeight w:val="397"/>
          <w:jc w:val="center"/>
        </w:trPr>
        <w:tc>
          <w:tcPr>
            <w:tcW w:w="1085" w:type="dxa"/>
            <w:vAlign w:val="center"/>
          </w:tcPr>
          <w:p w14:paraId="10E30D48" w14:textId="77777777" w:rsidR="0010722E" w:rsidRDefault="0010722E" w:rsidP="00257D95">
            <w:pPr>
              <w:snapToGrid w:val="0"/>
              <w:spacing w:after="0" w:line="240" w:lineRule="auto"/>
              <w:jc w:val="center"/>
            </w:pPr>
            <w:permStart w:id="554510118" w:edGrp="everyone" w:colFirst="4" w:colLast="4"/>
            <w:permStart w:id="1178024568" w:edGrp="everyone" w:colFirst="2" w:colLast="2"/>
            <w:r>
              <w:t>該当制度</w:t>
            </w:r>
          </w:p>
        </w:tc>
        <w:tc>
          <w:tcPr>
            <w:tcW w:w="2911" w:type="dxa"/>
            <w:gridSpan w:val="7"/>
            <w:tcBorders>
              <w:bottom w:val="single" w:sz="4" w:space="0" w:color="auto"/>
            </w:tcBorders>
            <w:vAlign w:val="center"/>
          </w:tcPr>
          <w:p w14:paraId="31B6DD61" w14:textId="2E58C52A" w:rsidR="0010722E" w:rsidRDefault="0010722E" w:rsidP="00257D95">
            <w:pPr>
              <w:snapToGrid w:val="0"/>
              <w:spacing w:after="0" w:line="240" w:lineRule="auto"/>
              <w:jc w:val="center"/>
            </w:pPr>
            <w:r>
              <w:t>暫定再任用制度</w:t>
            </w:r>
          </w:p>
        </w:tc>
        <w:sdt>
          <w:sdtPr>
            <w:alias w:val="該当するものに 〇"/>
            <w:tag w:val="該当するものに 〇"/>
            <w:id w:val="1139378201"/>
            <w:placeholder>
              <w:docPart w:val="D13D613F15CB4063BE0F76D05302A4BE"/>
            </w:placeholder>
            <w:dropDownList>
              <w:listItem w:displayText="○" w:value="○"/>
              <w:listItem w:displayText="　" w:value="　"/>
            </w:dropDownList>
          </w:sdtPr>
          <w:sdtContent>
            <w:tc>
              <w:tcPr>
                <w:tcW w:w="1323" w:type="dxa"/>
                <w:gridSpan w:val="4"/>
                <w:tcBorders>
                  <w:bottom w:val="single" w:sz="4" w:space="0" w:color="auto"/>
                </w:tcBorders>
                <w:vAlign w:val="center"/>
              </w:tcPr>
              <w:p w14:paraId="4F579F30" w14:textId="1E3A2D7D" w:rsidR="0010722E" w:rsidRDefault="003E4FFF" w:rsidP="00257D95">
                <w:pPr>
                  <w:snapToGrid w:val="0"/>
                  <w:spacing w:after="0" w:line="240" w:lineRule="auto"/>
                  <w:jc w:val="center"/>
                  <w:rPr>
                    <w:lang w:eastAsia="ja-JP"/>
                  </w:rPr>
                </w:pPr>
                <w:r>
                  <w:t xml:space="preserve">　</w:t>
                </w:r>
              </w:p>
            </w:tc>
          </w:sdtContent>
        </w:sdt>
        <w:tc>
          <w:tcPr>
            <w:tcW w:w="3333" w:type="dxa"/>
            <w:gridSpan w:val="10"/>
            <w:tcBorders>
              <w:bottom w:val="single" w:sz="4" w:space="0" w:color="auto"/>
            </w:tcBorders>
            <w:vAlign w:val="center"/>
          </w:tcPr>
          <w:p w14:paraId="6F82E32E" w14:textId="4F951157" w:rsidR="0010722E" w:rsidRDefault="0010722E" w:rsidP="00257D95">
            <w:pPr>
              <w:snapToGrid w:val="0"/>
              <w:spacing w:after="0" w:line="240" w:lineRule="auto"/>
              <w:jc w:val="center"/>
            </w:pPr>
            <w:r>
              <w:t>定年前再任用短時間勤務制</w:t>
            </w:r>
          </w:p>
        </w:tc>
        <w:sdt>
          <w:sdtPr>
            <w:alias w:val="該当するものに 〇"/>
            <w:tag w:val="該当するものに 〇"/>
            <w:id w:val="-309332029"/>
            <w:placeholder>
              <w:docPart w:val="A421EEE4280E4A8F97C83FA8F5810A90"/>
            </w:placeholder>
            <w:dropDownList>
              <w:listItem w:displayText="○" w:value="○"/>
              <w:listItem w:displayText="　" w:value="　"/>
            </w:dropDownList>
          </w:sdtPr>
          <w:sdtContent>
            <w:tc>
              <w:tcPr>
                <w:tcW w:w="1237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71814B29" w14:textId="2C8752E5" w:rsidR="0010722E" w:rsidRDefault="0010722E" w:rsidP="00257D95">
                <w:pPr>
                  <w:snapToGrid w:val="0"/>
                  <w:spacing w:after="0" w:line="240" w:lineRule="auto"/>
                  <w:jc w:val="center"/>
                </w:pPr>
                <w:r>
                  <w:t xml:space="preserve">　</w:t>
                </w:r>
              </w:p>
            </w:tc>
          </w:sdtContent>
        </w:sdt>
      </w:tr>
      <w:permEnd w:id="554510118"/>
      <w:permEnd w:id="1178024568"/>
      <w:tr w:rsidR="00BF793E" w14:paraId="1D8F19CE" w14:textId="77777777" w:rsidTr="00BA4B2B">
        <w:trPr>
          <w:trHeight w:val="57"/>
          <w:jc w:val="center"/>
        </w:trPr>
        <w:tc>
          <w:tcPr>
            <w:tcW w:w="1085" w:type="dxa"/>
            <w:vMerge w:val="restart"/>
            <w:vAlign w:val="center"/>
          </w:tcPr>
          <w:p w14:paraId="4418BD54" w14:textId="77777777" w:rsidR="00BF793E" w:rsidRDefault="00BF793E" w:rsidP="00597FB2">
            <w:pPr>
              <w:spacing w:after="0" w:line="240" w:lineRule="auto"/>
              <w:jc w:val="both"/>
              <w:rPr>
                <w:lang w:eastAsia="ja-JP"/>
              </w:rPr>
            </w:pPr>
            <w:r>
              <w:t>希望する</w:t>
            </w:r>
          </w:p>
          <w:p w14:paraId="641E5BFC" w14:textId="04242460" w:rsidR="00BF793E" w:rsidRDefault="00BF793E" w:rsidP="00597FB2">
            <w:pPr>
              <w:spacing w:after="0" w:line="240" w:lineRule="auto"/>
              <w:jc w:val="both"/>
            </w:pPr>
            <w:r>
              <w:t>勤務形態</w:t>
            </w:r>
          </w:p>
        </w:tc>
        <w:tc>
          <w:tcPr>
            <w:tcW w:w="8804" w:type="dxa"/>
            <w:gridSpan w:val="24"/>
            <w:tcBorders>
              <w:top w:val="single" w:sz="4" w:space="0" w:color="auto"/>
              <w:bottom w:val="nil"/>
            </w:tcBorders>
            <w:vAlign w:val="center"/>
          </w:tcPr>
          <w:p w14:paraId="19C10951" w14:textId="77777777" w:rsidR="00BF793E" w:rsidRPr="001923CE" w:rsidRDefault="00BF793E" w:rsidP="000365A4">
            <w:pPr>
              <w:snapToGrid w:val="0"/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</w:tr>
      <w:tr w:rsidR="00B31EC1" w14:paraId="35339A10" w14:textId="77777777" w:rsidTr="00BA4B2B">
        <w:trPr>
          <w:trHeight w:val="20"/>
          <w:jc w:val="center"/>
        </w:trPr>
        <w:tc>
          <w:tcPr>
            <w:tcW w:w="1085" w:type="dxa"/>
            <w:vMerge/>
            <w:vAlign w:val="center"/>
          </w:tcPr>
          <w:p w14:paraId="4DD9621C" w14:textId="2D918E9C" w:rsidR="00B31EC1" w:rsidRDefault="00B31EC1" w:rsidP="00B31EC1">
            <w:pPr>
              <w:spacing w:after="0" w:line="240" w:lineRule="auto"/>
              <w:jc w:val="both"/>
            </w:pPr>
          </w:p>
        </w:tc>
        <w:tc>
          <w:tcPr>
            <w:tcW w:w="772" w:type="dxa"/>
            <w:tcBorders>
              <w:top w:val="nil"/>
              <w:bottom w:val="nil"/>
              <w:right w:val="nil"/>
            </w:tcBorders>
            <w:vAlign w:val="center"/>
          </w:tcPr>
          <w:p w14:paraId="3EE7A2D6" w14:textId="7E184F2B" w:rsidR="00B31EC1" w:rsidRPr="00B27074" w:rsidRDefault="00B31EC1" w:rsidP="00B31EC1">
            <w:pPr>
              <w:spacing w:after="0" w:line="240" w:lineRule="auto"/>
              <w:ind w:leftChars="-50" w:left="-105" w:rightChars="-50" w:right="-105"/>
              <w:jc w:val="center"/>
              <w:rPr>
                <w:spacing w:val="-20"/>
                <w:lang w:eastAsia="ja-JP"/>
              </w:rPr>
            </w:pPr>
            <w:r w:rsidRPr="00B27074">
              <w:rPr>
                <w:rFonts w:hint="eastAsia"/>
                <w:spacing w:val="-20"/>
                <w:lang w:eastAsia="ja-JP"/>
              </w:rPr>
              <w:t>（</w:t>
            </w:r>
            <w:permStart w:id="1767524282" w:edGrp="everyone"/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sdt>
              <w:sdtPr>
                <w:rPr>
                  <w:rFonts w:hint="eastAsia"/>
                  <w:spacing w:val="-20"/>
                  <w:lang w:eastAsia="ja-JP"/>
                </w:rPr>
                <w:alias w:val="順番"/>
                <w:id w:val="-890965159"/>
                <w:placeholder>
                  <w:docPart w:val="148F27A5DB1A43CEB07DFA8EA72D4BB8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　" w:value="　"/>
                </w:dropDownList>
              </w:sdtPr>
              <w:sdtContent>
                <w:r>
                  <w:rPr>
                    <w:rFonts w:hint="eastAsia"/>
                    <w:spacing w:val="-20"/>
                    <w:lang w:eastAsia="ja-JP"/>
                  </w:rPr>
                  <w:t xml:space="preserve">　</w:t>
                </w:r>
              </w:sdtContent>
            </w:sdt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permEnd w:id="1767524282"/>
            <w:r w:rsidRPr="00B27074">
              <w:rPr>
                <w:rFonts w:hint="eastAsia"/>
                <w:spacing w:val="-20"/>
                <w:lang w:eastAsia="ja-JP"/>
              </w:rPr>
              <w:t>）</w:t>
            </w:r>
          </w:p>
        </w:tc>
        <w:tc>
          <w:tcPr>
            <w:tcW w:w="48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52366" w14:textId="35D06323" w:rsidR="00B31EC1" w:rsidRDefault="00B31EC1" w:rsidP="00B31EC1">
            <w:pPr>
              <w:spacing w:after="0" w:line="240" w:lineRule="auto"/>
              <w:ind w:leftChars="-50" w:left="-105" w:rightChars="-100" w:right="-210"/>
              <w:jc w:val="both"/>
              <w:rPr>
                <w:lang w:eastAsia="ja-JP"/>
              </w:rPr>
            </w:pPr>
            <w:r>
              <w:rPr>
                <w:lang w:eastAsia="ja-JP"/>
              </w:rPr>
              <w:t>ア 短時間勤務（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週間当たり</w:t>
            </w:r>
            <w:r w:rsidRPr="00944F93">
              <w:rPr>
                <w:rFonts w:hint="eastAsia"/>
                <w:spacing w:val="-60"/>
                <w:lang w:eastAsia="ja-JP"/>
              </w:rPr>
              <w:t>２</w:t>
            </w:r>
            <w:r>
              <w:rPr>
                <w:rFonts w:hint="eastAsia"/>
                <w:lang w:eastAsia="ja-JP"/>
              </w:rPr>
              <w:t>３</w:t>
            </w:r>
            <w:r>
              <w:rPr>
                <w:lang w:eastAsia="ja-JP"/>
              </w:rPr>
              <w:t>時間</w:t>
            </w:r>
            <w:r>
              <w:rPr>
                <w:rFonts w:hint="eastAsia"/>
                <w:spacing w:val="-60"/>
                <w:lang w:eastAsia="ja-JP"/>
              </w:rPr>
              <w:t>１</w:t>
            </w:r>
            <w:r>
              <w:rPr>
                <w:rFonts w:hint="eastAsia"/>
                <w:lang w:eastAsia="ja-JP"/>
              </w:rPr>
              <w:t>５</w:t>
            </w:r>
            <w:r>
              <w:rPr>
                <w:lang w:eastAsia="ja-JP"/>
              </w:rPr>
              <w:t>分）</w:t>
            </w:r>
          </w:p>
        </w:tc>
        <w:tc>
          <w:tcPr>
            <w:tcW w:w="3206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2795B453" w14:textId="0B1DFE9C" w:rsidR="00B31EC1" w:rsidRDefault="00B31EC1" w:rsidP="00B31EC1">
            <w:pPr>
              <w:spacing w:after="0" w:line="240" w:lineRule="auto"/>
              <w:ind w:leftChars="-100" w:left="-210" w:rightChars="-50" w:righ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［　３</w:t>
            </w:r>
            <w:r>
              <w:rPr>
                <w:lang w:eastAsia="ja-JP"/>
              </w:rPr>
              <w:t>日勤務</w:t>
            </w:r>
            <w:r>
              <w:rPr>
                <w:rFonts w:hint="eastAsia"/>
                <w:lang w:eastAsia="ja-JP"/>
              </w:rPr>
              <w:t>］</w:t>
            </w:r>
          </w:p>
        </w:tc>
      </w:tr>
      <w:tr w:rsidR="00D3109A" w14:paraId="3AF4D82E" w14:textId="77777777" w:rsidTr="00BA4B2B">
        <w:trPr>
          <w:trHeight w:val="20"/>
          <w:jc w:val="center"/>
        </w:trPr>
        <w:tc>
          <w:tcPr>
            <w:tcW w:w="1085" w:type="dxa"/>
            <w:vMerge/>
            <w:vAlign w:val="center"/>
          </w:tcPr>
          <w:p w14:paraId="41DE1252" w14:textId="77777777" w:rsidR="00D3109A" w:rsidRDefault="00D3109A" w:rsidP="00D3109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772" w:type="dxa"/>
            <w:tcBorders>
              <w:top w:val="nil"/>
              <w:bottom w:val="nil"/>
              <w:right w:val="nil"/>
            </w:tcBorders>
            <w:vAlign w:val="center"/>
          </w:tcPr>
          <w:p w14:paraId="7F719C9E" w14:textId="06924575" w:rsidR="00D3109A" w:rsidRDefault="00D3109A" w:rsidP="00D3109A">
            <w:pPr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 w:rsidRPr="00B27074">
              <w:rPr>
                <w:rFonts w:hint="eastAsia"/>
                <w:spacing w:val="-20"/>
                <w:lang w:eastAsia="ja-JP"/>
              </w:rPr>
              <w:t>（</w:t>
            </w:r>
            <w:permStart w:id="1574715882" w:edGrp="everyone"/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sdt>
              <w:sdtPr>
                <w:rPr>
                  <w:rFonts w:hint="eastAsia"/>
                  <w:spacing w:val="-20"/>
                  <w:lang w:eastAsia="ja-JP"/>
                </w:rPr>
                <w:alias w:val="順番"/>
                <w:id w:val="-1248641568"/>
                <w:placeholder>
                  <w:docPart w:val="0801A1D26E6347A58AF46EAD763BEAF8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　" w:value="　"/>
                </w:dropDownList>
              </w:sdtPr>
              <w:sdtContent>
                <w:r>
                  <w:rPr>
                    <w:rFonts w:hint="eastAsia"/>
                    <w:spacing w:val="-20"/>
                    <w:lang w:eastAsia="ja-JP"/>
                  </w:rPr>
                  <w:t xml:space="preserve">　</w:t>
                </w:r>
              </w:sdtContent>
            </w:sdt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permEnd w:id="1574715882"/>
            <w:r w:rsidRPr="00B27074">
              <w:rPr>
                <w:rFonts w:hint="eastAsia"/>
                <w:spacing w:val="-20"/>
                <w:lang w:eastAsia="ja-JP"/>
              </w:rPr>
              <w:t>）</w:t>
            </w:r>
          </w:p>
        </w:tc>
        <w:tc>
          <w:tcPr>
            <w:tcW w:w="48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EDE87" w14:textId="5FB96E96" w:rsidR="00D3109A" w:rsidRDefault="00D3109A" w:rsidP="00D3109A">
            <w:pPr>
              <w:spacing w:after="0" w:line="240" w:lineRule="auto"/>
              <w:ind w:leftChars="-50" w:left="-105" w:rightChars="-100" w:right="-210"/>
              <w:jc w:val="both"/>
              <w:rPr>
                <w:lang w:eastAsia="ja-JP"/>
              </w:rPr>
            </w:pPr>
            <w:r>
              <w:rPr>
                <w:lang w:eastAsia="ja-JP"/>
              </w:rPr>
              <w:t>イ 短時間勤務（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週間当たり</w:t>
            </w:r>
            <w:r>
              <w:rPr>
                <w:rFonts w:hint="eastAsia"/>
                <w:spacing w:val="-60"/>
                <w:lang w:eastAsia="ja-JP"/>
              </w:rPr>
              <w:t>１</w:t>
            </w:r>
            <w:r>
              <w:rPr>
                <w:rFonts w:hint="eastAsia"/>
                <w:lang w:eastAsia="ja-JP"/>
              </w:rPr>
              <w:t>９</w:t>
            </w:r>
            <w:r>
              <w:rPr>
                <w:lang w:eastAsia="ja-JP"/>
              </w:rPr>
              <w:t>時間</w:t>
            </w:r>
            <w:r>
              <w:rPr>
                <w:rFonts w:hint="eastAsia"/>
                <w:spacing w:val="-60"/>
                <w:lang w:eastAsia="ja-JP"/>
              </w:rPr>
              <w:t>１</w:t>
            </w:r>
            <w:r>
              <w:rPr>
                <w:rFonts w:hint="eastAsia"/>
                <w:lang w:eastAsia="ja-JP"/>
              </w:rPr>
              <w:t>０</w:t>
            </w:r>
            <w:r>
              <w:rPr>
                <w:lang w:eastAsia="ja-JP"/>
              </w:rPr>
              <w:t xml:space="preserve">分） </w:t>
            </w:r>
          </w:p>
        </w:tc>
        <w:tc>
          <w:tcPr>
            <w:tcW w:w="3206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44924884" w14:textId="545F3E87" w:rsidR="00D3109A" w:rsidRDefault="00D3109A" w:rsidP="00D3109A">
            <w:pPr>
              <w:spacing w:after="0" w:line="240" w:lineRule="auto"/>
              <w:ind w:leftChars="-100" w:left="-210" w:rightChars="-50" w:righ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［</w:t>
            </w:r>
            <w:r w:rsidRPr="0012410A">
              <w:rPr>
                <w:rFonts w:hint="eastAsia"/>
                <w:spacing w:val="-20"/>
                <w:lang w:eastAsia="ja-JP"/>
              </w:rPr>
              <w:t>２</w:t>
            </w:r>
            <w:r w:rsidRPr="0012410A">
              <w:rPr>
                <w:rFonts w:hint="eastAsia"/>
                <w:spacing w:val="-160"/>
                <w:lang w:eastAsia="ja-JP"/>
              </w:rPr>
              <w:t>．</w:t>
            </w:r>
            <w:r>
              <w:rPr>
                <w:rFonts w:hint="eastAsia"/>
                <w:spacing w:val="-30"/>
                <w:lang w:eastAsia="ja-JP"/>
              </w:rPr>
              <w:t>５</w:t>
            </w:r>
            <w:r>
              <w:rPr>
                <w:lang w:eastAsia="ja-JP"/>
              </w:rPr>
              <w:t>日勤務</w:t>
            </w:r>
            <w:r>
              <w:rPr>
                <w:rFonts w:hint="eastAsia"/>
                <w:lang w:eastAsia="ja-JP"/>
              </w:rPr>
              <w:t>］</w:t>
            </w:r>
          </w:p>
        </w:tc>
      </w:tr>
      <w:tr w:rsidR="00D3109A" w14:paraId="5EDF4146" w14:textId="77777777" w:rsidTr="00BA4B2B">
        <w:trPr>
          <w:trHeight w:val="20"/>
          <w:jc w:val="center"/>
        </w:trPr>
        <w:tc>
          <w:tcPr>
            <w:tcW w:w="1085" w:type="dxa"/>
            <w:vMerge/>
            <w:vAlign w:val="center"/>
          </w:tcPr>
          <w:p w14:paraId="5E162996" w14:textId="77777777" w:rsidR="00D3109A" w:rsidRDefault="00D3109A" w:rsidP="00D3109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772" w:type="dxa"/>
            <w:tcBorders>
              <w:top w:val="nil"/>
              <w:bottom w:val="nil"/>
              <w:right w:val="nil"/>
            </w:tcBorders>
            <w:vAlign w:val="center"/>
          </w:tcPr>
          <w:p w14:paraId="13464745" w14:textId="4F5555CB" w:rsidR="00D3109A" w:rsidRDefault="00D3109A" w:rsidP="00D3109A">
            <w:pPr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 w:rsidRPr="00B27074">
              <w:rPr>
                <w:rFonts w:hint="eastAsia"/>
                <w:spacing w:val="-20"/>
                <w:lang w:eastAsia="ja-JP"/>
              </w:rPr>
              <w:t>（</w:t>
            </w:r>
            <w:permStart w:id="1265840429" w:edGrp="everyone"/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sdt>
              <w:sdtPr>
                <w:rPr>
                  <w:rFonts w:hint="eastAsia"/>
                  <w:spacing w:val="-20"/>
                  <w:lang w:eastAsia="ja-JP"/>
                </w:rPr>
                <w:alias w:val="順番"/>
                <w:id w:val="1346670016"/>
                <w:placeholder>
                  <w:docPart w:val="C62C71C88786463B84F54D04DBDDAFC4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　" w:value="　"/>
                </w:dropDownList>
              </w:sdtPr>
              <w:sdtContent>
                <w:r>
                  <w:rPr>
                    <w:rFonts w:hint="eastAsia"/>
                    <w:spacing w:val="-20"/>
                    <w:lang w:eastAsia="ja-JP"/>
                  </w:rPr>
                  <w:t xml:space="preserve">　</w:t>
                </w:r>
              </w:sdtContent>
            </w:sdt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permEnd w:id="1265840429"/>
            <w:r w:rsidRPr="00B27074">
              <w:rPr>
                <w:rFonts w:hint="eastAsia"/>
                <w:spacing w:val="-20"/>
                <w:lang w:eastAsia="ja-JP"/>
              </w:rPr>
              <w:t>）</w:t>
            </w:r>
          </w:p>
        </w:tc>
        <w:tc>
          <w:tcPr>
            <w:tcW w:w="48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48C84" w14:textId="77E91680" w:rsidR="00D3109A" w:rsidRDefault="00D3109A" w:rsidP="00D3109A">
            <w:pPr>
              <w:spacing w:after="0" w:line="240" w:lineRule="auto"/>
              <w:ind w:leftChars="-50" w:left="-105" w:rightChars="-100" w:right="-210"/>
              <w:jc w:val="both"/>
              <w:rPr>
                <w:lang w:eastAsia="ja-JP"/>
              </w:rPr>
            </w:pPr>
            <w:r>
              <w:rPr>
                <w:lang w:eastAsia="ja-JP"/>
              </w:rPr>
              <w:t>ウ 短時間勤務（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週間当たり</w:t>
            </w:r>
            <w:r>
              <w:rPr>
                <w:rFonts w:hint="eastAsia"/>
                <w:spacing w:val="-60"/>
                <w:lang w:eastAsia="ja-JP"/>
              </w:rPr>
              <w:t>１</w:t>
            </w:r>
            <w:r>
              <w:rPr>
                <w:rFonts w:hint="eastAsia"/>
                <w:lang w:eastAsia="ja-JP"/>
              </w:rPr>
              <w:t>９</w:t>
            </w:r>
            <w:r>
              <w:rPr>
                <w:lang w:eastAsia="ja-JP"/>
              </w:rPr>
              <w:t>時間</w:t>
            </w:r>
            <w:r>
              <w:rPr>
                <w:rFonts w:hint="eastAsia"/>
                <w:spacing w:val="-60"/>
                <w:lang w:eastAsia="ja-JP"/>
              </w:rPr>
              <w:t>１</w:t>
            </w:r>
            <w:r>
              <w:rPr>
                <w:rFonts w:hint="eastAsia"/>
                <w:lang w:eastAsia="ja-JP"/>
              </w:rPr>
              <w:t>０</w:t>
            </w:r>
            <w:r>
              <w:rPr>
                <w:lang w:eastAsia="ja-JP"/>
              </w:rPr>
              <w:t xml:space="preserve">分） </w:t>
            </w:r>
          </w:p>
        </w:tc>
        <w:tc>
          <w:tcPr>
            <w:tcW w:w="3206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A28EB80" w14:textId="64E8D304" w:rsidR="00D3109A" w:rsidRDefault="00D3109A" w:rsidP="00D3109A">
            <w:pPr>
              <w:spacing w:after="0" w:line="240" w:lineRule="auto"/>
              <w:ind w:leftChars="-100" w:left="-210" w:rightChars="-50" w:righ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［　５</w:t>
            </w:r>
            <w:r>
              <w:rPr>
                <w:lang w:eastAsia="ja-JP"/>
              </w:rPr>
              <w:t>日勤務</w:t>
            </w:r>
            <w:r>
              <w:rPr>
                <w:rFonts w:hint="eastAsia"/>
                <w:lang w:eastAsia="ja-JP"/>
              </w:rPr>
              <w:t>］</w:t>
            </w:r>
            <w:r w:rsidRPr="00EC55E5">
              <w:rPr>
                <w:sz w:val="18"/>
                <w:szCs w:val="20"/>
                <w:lang w:eastAsia="ja-JP"/>
              </w:rPr>
              <w:t>(</w:t>
            </w:r>
            <w:r>
              <w:rPr>
                <w:rFonts w:hint="eastAsia"/>
                <w:sz w:val="18"/>
                <w:szCs w:val="20"/>
                <w:lang w:eastAsia="ja-JP"/>
              </w:rPr>
              <w:t>１</w:t>
            </w:r>
            <w:r w:rsidRPr="00EC55E5">
              <w:rPr>
                <w:sz w:val="18"/>
                <w:szCs w:val="20"/>
                <w:lang w:eastAsia="ja-JP"/>
              </w:rPr>
              <w:t>日:</w:t>
            </w:r>
            <w:r>
              <w:rPr>
                <w:rFonts w:hint="eastAsia"/>
                <w:sz w:val="18"/>
                <w:szCs w:val="20"/>
                <w:lang w:eastAsia="ja-JP"/>
              </w:rPr>
              <w:t>３</w:t>
            </w:r>
            <w:r w:rsidRPr="00EC55E5">
              <w:rPr>
                <w:sz w:val="18"/>
                <w:szCs w:val="20"/>
                <w:lang w:eastAsia="ja-JP"/>
              </w:rPr>
              <w:t>時間50分)</w:t>
            </w:r>
          </w:p>
        </w:tc>
      </w:tr>
      <w:tr w:rsidR="00D3109A" w14:paraId="0E804E47" w14:textId="77777777" w:rsidTr="00BA4B2B">
        <w:trPr>
          <w:trHeight w:val="20"/>
          <w:jc w:val="center"/>
        </w:trPr>
        <w:tc>
          <w:tcPr>
            <w:tcW w:w="1085" w:type="dxa"/>
            <w:vMerge/>
            <w:vAlign w:val="center"/>
          </w:tcPr>
          <w:p w14:paraId="35D807FA" w14:textId="77777777" w:rsidR="00D3109A" w:rsidRDefault="00D3109A" w:rsidP="00D3109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772" w:type="dxa"/>
            <w:tcBorders>
              <w:top w:val="nil"/>
              <w:bottom w:val="nil"/>
              <w:right w:val="nil"/>
            </w:tcBorders>
            <w:vAlign w:val="center"/>
          </w:tcPr>
          <w:p w14:paraId="3BB6CABA" w14:textId="7BDF52F5" w:rsidR="00D3109A" w:rsidRDefault="00D3109A" w:rsidP="00D3109A">
            <w:pPr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 w:rsidRPr="00B27074">
              <w:rPr>
                <w:rFonts w:hint="eastAsia"/>
                <w:spacing w:val="-20"/>
                <w:lang w:eastAsia="ja-JP"/>
              </w:rPr>
              <w:t>（</w:t>
            </w:r>
            <w:permStart w:id="1917520438" w:edGrp="everyone"/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sdt>
              <w:sdtPr>
                <w:rPr>
                  <w:rFonts w:hint="eastAsia"/>
                  <w:spacing w:val="-20"/>
                  <w:lang w:eastAsia="ja-JP"/>
                </w:rPr>
                <w:alias w:val="順番"/>
                <w:id w:val="1827549059"/>
                <w:placeholder>
                  <w:docPart w:val="4EB55F1EC79E4DA1BBE0EA34C2D7F19E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　" w:value="　"/>
                </w:dropDownList>
              </w:sdtPr>
              <w:sdtContent>
                <w:r>
                  <w:rPr>
                    <w:rFonts w:hint="eastAsia"/>
                    <w:spacing w:val="-20"/>
                    <w:lang w:eastAsia="ja-JP"/>
                  </w:rPr>
                  <w:t xml:space="preserve">　</w:t>
                </w:r>
              </w:sdtContent>
            </w:sdt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permEnd w:id="1917520438"/>
            <w:r w:rsidRPr="00B27074">
              <w:rPr>
                <w:rFonts w:hint="eastAsia"/>
                <w:spacing w:val="-20"/>
                <w:lang w:eastAsia="ja-JP"/>
              </w:rPr>
              <w:t>）</w:t>
            </w:r>
          </w:p>
        </w:tc>
        <w:tc>
          <w:tcPr>
            <w:tcW w:w="48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F4BBE" w14:textId="7685B618" w:rsidR="00D3109A" w:rsidRDefault="00D3109A" w:rsidP="00D3109A">
            <w:pPr>
              <w:spacing w:after="0" w:line="240" w:lineRule="auto"/>
              <w:ind w:leftChars="-50" w:left="-105" w:rightChars="-100" w:right="-210"/>
              <w:jc w:val="both"/>
              <w:rPr>
                <w:lang w:eastAsia="ja-JP"/>
              </w:rPr>
            </w:pPr>
            <w:r>
              <w:rPr>
                <w:lang w:eastAsia="ja-JP"/>
              </w:rPr>
              <w:t>エ 短時間勤務（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週間当たり</w:t>
            </w:r>
            <w:r>
              <w:rPr>
                <w:rFonts w:hint="eastAsia"/>
                <w:spacing w:val="-60"/>
                <w:lang w:eastAsia="ja-JP"/>
              </w:rPr>
              <w:t>１</w:t>
            </w:r>
            <w:r>
              <w:rPr>
                <w:rFonts w:hint="eastAsia"/>
                <w:lang w:eastAsia="ja-JP"/>
              </w:rPr>
              <w:t>６</w:t>
            </w:r>
            <w:r>
              <w:rPr>
                <w:lang w:eastAsia="ja-JP"/>
              </w:rPr>
              <w:t xml:space="preserve">時間） </w:t>
            </w:r>
          </w:p>
        </w:tc>
        <w:tc>
          <w:tcPr>
            <w:tcW w:w="3206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6E8C114B" w14:textId="2F614AD7" w:rsidR="00D3109A" w:rsidRDefault="00D3109A" w:rsidP="00D3109A">
            <w:pPr>
              <w:spacing w:after="0" w:line="240" w:lineRule="auto"/>
              <w:ind w:leftChars="-100" w:left="-210" w:rightChars="-50" w:righ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［　４</w:t>
            </w:r>
            <w:r>
              <w:rPr>
                <w:lang w:eastAsia="ja-JP"/>
              </w:rPr>
              <w:t>日勤務</w:t>
            </w:r>
            <w:r>
              <w:rPr>
                <w:rFonts w:hint="eastAsia"/>
                <w:lang w:eastAsia="ja-JP"/>
              </w:rPr>
              <w:t>］</w:t>
            </w:r>
            <w:r w:rsidRPr="00EC55E5">
              <w:rPr>
                <w:sz w:val="18"/>
                <w:szCs w:val="20"/>
                <w:lang w:eastAsia="ja-JP"/>
              </w:rPr>
              <w:t>(</w:t>
            </w:r>
            <w:r>
              <w:rPr>
                <w:rFonts w:hint="eastAsia"/>
                <w:sz w:val="18"/>
                <w:szCs w:val="20"/>
                <w:lang w:eastAsia="ja-JP"/>
              </w:rPr>
              <w:t>１</w:t>
            </w:r>
            <w:r w:rsidRPr="00EC55E5">
              <w:rPr>
                <w:sz w:val="18"/>
                <w:szCs w:val="20"/>
                <w:lang w:eastAsia="ja-JP"/>
              </w:rPr>
              <w:t>日:</w:t>
            </w:r>
            <w:r>
              <w:rPr>
                <w:rFonts w:hint="eastAsia"/>
                <w:sz w:val="18"/>
                <w:szCs w:val="20"/>
                <w:lang w:eastAsia="ja-JP"/>
              </w:rPr>
              <w:t>４</w:t>
            </w:r>
            <w:r w:rsidRPr="00EC55E5">
              <w:rPr>
                <w:sz w:val="18"/>
                <w:szCs w:val="20"/>
                <w:lang w:eastAsia="ja-JP"/>
              </w:rPr>
              <w:t>時間)</w:t>
            </w:r>
          </w:p>
        </w:tc>
      </w:tr>
      <w:tr w:rsidR="00D3109A" w14:paraId="38F538C9" w14:textId="77777777" w:rsidTr="00BA4B2B">
        <w:trPr>
          <w:trHeight w:val="20"/>
          <w:jc w:val="center"/>
        </w:trPr>
        <w:tc>
          <w:tcPr>
            <w:tcW w:w="1085" w:type="dxa"/>
            <w:vMerge/>
            <w:vAlign w:val="center"/>
          </w:tcPr>
          <w:p w14:paraId="6B47C026" w14:textId="77777777" w:rsidR="00D3109A" w:rsidRDefault="00D3109A" w:rsidP="00D3109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772" w:type="dxa"/>
            <w:tcBorders>
              <w:top w:val="nil"/>
              <w:bottom w:val="nil"/>
              <w:right w:val="nil"/>
            </w:tcBorders>
            <w:vAlign w:val="center"/>
          </w:tcPr>
          <w:p w14:paraId="3AA36126" w14:textId="773F1010" w:rsidR="00D3109A" w:rsidRDefault="00D3109A" w:rsidP="00D3109A">
            <w:pPr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 w:rsidRPr="00B27074">
              <w:rPr>
                <w:rFonts w:hint="eastAsia"/>
                <w:spacing w:val="-20"/>
                <w:lang w:eastAsia="ja-JP"/>
              </w:rPr>
              <w:t>（</w:t>
            </w:r>
            <w:permStart w:id="409490711" w:edGrp="everyone"/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sdt>
              <w:sdtPr>
                <w:rPr>
                  <w:rFonts w:hint="eastAsia"/>
                  <w:spacing w:val="-20"/>
                  <w:lang w:eastAsia="ja-JP"/>
                </w:rPr>
                <w:alias w:val="順番"/>
                <w:id w:val="203218950"/>
                <w:placeholder>
                  <w:docPart w:val="6A69F567CE2F49C599DDCE2677BC353C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　" w:value="　"/>
                </w:dropDownList>
              </w:sdtPr>
              <w:sdtContent>
                <w:r>
                  <w:rPr>
                    <w:rFonts w:hint="eastAsia"/>
                    <w:spacing w:val="-20"/>
                    <w:lang w:eastAsia="ja-JP"/>
                  </w:rPr>
                  <w:t xml:space="preserve">　</w:t>
                </w:r>
              </w:sdtContent>
            </w:sdt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permEnd w:id="409490711"/>
            <w:r w:rsidRPr="00B27074">
              <w:rPr>
                <w:rFonts w:hint="eastAsia"/>
                <w:spacing w:val="-20"/>
                <w:lang w:eastAsia="ja-JP"/>
              </w:rPr>
              <w:t>）</w:t>
            </w:r>
          </w:p>
        </w:tc>
        <w:tc>
          <w:tcPr>
            <w:tcW w:w="48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6D32D" w14:textId="621B623E" w:rsidR="00D3109A" w:rsidRDefault="00D3109A" w:rsidP="00D3109A">
            <w:pPr>
              <w:spacing w:after="0" w:line="240" w:lineRule="auto"/>
              <w:ind w:leftChars="-50" w:left="-105" w:rightChars="-100" w:right="-210"/>
              <w:jc w:val="both"/>
              <w:rPr>
                <w:lang w:eastAsia="ja-JP"/>
              </w:rPr>
            </w:pPr>
            <w:r>
              <w:rPr>
                <w:lang w:eastAsia="ja-JP"/>
              </w:rPr>
              <w:t>オ 短時間勤務（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週間当たり</w:t>
            </w:r>
            <w:r>
              <w:rPr>
                <w:rFonts w:hint="eastAsia"/>
                <w:spacing w:val="-60"/>
                <w:lang w:eastAsia="ja-JP"/>
              </w:rPr>
              <w:t>１</w:t>
            </w:r>
            <w:r>
              <w:rPr>
                <w:rFonts w:hint="eastAsia"/>
                <w:lang w:eastAsia="ja-JP"/>
              </w:rPr>
              <w:t>５</w:t>
            </w:r>
            <w:r>
              <w:rPr>
                <w:lang w:eastAsia="ja-JP"/>
              </w:rPr>
              <w:t>時間</w:t>
            </w:r>
            <w:r>
              <w:rPr>
                <w:rFonts w:hint="eastAsia"/>
                <w:spacing w:val="-60"/>
                <w:lang w:eastAsia="ja-JP"/>
              </w:rPr>
              <w:t>３</w:t>
            </w:r>
            <w:r>
              <w:rPr>
                <w:rFonts w:hint="eastAsia"/>
                <w:lang w:eastAsia="ja-JP"/>
              </w:rPr>
              <w:t>０</w:t>
            </w:r>
            <w:r>
              <w:rPr>
                <w:lang w:eastAsia="ja-JP"/>
              </w:rPr>
              <w:t xml:space="preserve">分） </w:t>
            </w:r>
          </w:p>
        </w:tc>
        <w:tc>
          <w:tcPr>
            <w:tcW w:w="3206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28D2C5A6" w14:textId="66F629C6" w:rsidR="00D3109A" w:rsidRDefault="00D3109A" w:rsidP="00D3109A">
            <w:pPr>
              <w:spacing w:after="0" w:line="240" w:lineRule="auto"/>
              <w:ind w:leftChars="-100" w:left="-210" w:rightChars="-50" w:righ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［　２</w:t>
            </w:r>
            <w:r>
              <w:rPr>
                <w:lang w:eastAsia="ja-JP"/>
              </w:rPr>
              <w:t>日勤務</w:t>
            </w:r>
            <w:r>
              <w:rPr>
                <w:rFonts w:hint="eastAsia"/>
                <w:lang w:eastAsia="ja-JP"/>
              </w:rPr>
              <w:t>］</w:t>
            </w:r>
          </w:p>
        </w:tc>
      </w:tr>
      <w:tr w:rsidR="00D3109A" w14:paraId="69046D80" w14:textId="77777777" w:rsidTr="00BA4B2B">
        <w:trPr>
          <w:trHeight w:val="20"/>
          <w:jc w:val="center"/>
        </w:trPr>
        <w:tc>
          <w:tcPr>
            <w:tcW w:w="1085" w:type="dxa"/>
            <w:vMerge/>
            <w:vAlign w:val="center"/>
          </w:tcPr>
          <w:p w14:paraId="32905BCD" w14:textId="77777777" w:rsidR="00D3109A" w:rsidRDefault="00D3109A" w:rsidP="00D3109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772" w:type="dxa"/>
            <w:tcBorders>
              <w:top w:val="nil"/>
              <w:bottom w:val="nil"/>
              <w:right w:val="nil"/>
            </w:tcBorders>
            <w:vAlign w:val="center"/>
          </w:tcPr>
          <w:p w14:paraId="671E86B6" w14:textId="2EAF57D2" w:rsidR="00D3109A" w:rsidRDefault="00D3109A" w:rsidP="00D3109A">
            <w:pPr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 w:rsidRPr="00B27074">
              <w:rPr>
                <w:rFonts w:hint="eastAsia"/>
                <w:spacing w:val="-20"/>
                <w:lang w:eastAsia="ja-JP"/>
              </w:rPr>
              <w:t>（</w:t>
            </w:r>
            <w:permStart w:id="2126646448" w:edGrp="everyone"/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sdt>
              <w:sdtPr>
                <w:rPr>
                  <w:rFonts w:hint="eastAsia"/>
                  <w:spacing w:val="-20"/>
                  <w:lang w:eastAsia="ja-JP"/>
                </w:rPr>
                <w:alias w:val="順番"/>
                <w:id w:val="889763699"/>
                <w:placeholder>
                  <w:docPart w:val="5510989D3BEB46669405F20D700DB411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　" w:value="　"/>
                </w:dropDownList>
              </w:sdtPr>
              <w:sdtContent>
                <w:r>
                  <w:rPr>
                    <w:rFonts w:hint="eastAsia"/>
                    <w:spacing w:val="-20"/>
                    <w:lang w:eastAsia="ja-JP"/>
                  </w:rPr>
                  <w:t xml:space="preserve">　</w:t>
                </w:r>
              </w:sdtContent>
            </w:sdt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permEnd w:id="2126646448"/>
            <w:r w:rsidRPr="00B27074">
              <w:rPr>
                <w:rFonts w:hint="eastAsia"/>
                <w:spacing w:val="-20"/>
                <w:lang w:eastAsia="ja-JP"/>
              </w:rPr>
              <w:t>）</w:t>
            </w:r>
          </w:p>
        </w:tc>
        <w:tc>
          <w:tcPr>
            <w:tcW w:w="48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3FC14" w14:textId="4804BE6E" w:rsidR="00D3109A" w:rsidRDefault="00D3109A" w:rsidP="00D3109A">
            <w:pPr>
              <w:spacing w:after="0" w:line="240" w:lineRule="auto"/>
              <w:ind w:leftChars="-50" w:left="-105" w:rightChars="-100" w:right="-210"/>
              <w:jc w:val="both"/>
              <w:rPr>
                <w:lang w:eastAsia="ja-JP"/>
              </w:rPr>
            </w:pPr>
            <w:r>
              <w:rPr>
                <w:lang w:eastAsia="ja-JP"/>
              </w:rPr>
              <w:t>カ フルタイム勤務（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週間当たり</w:t>
            </w:r>
            <w:r>
              <w:rPr>
                <w:rFonts w:hint="eastAsia"/>
                <w:spacing w:val="-60"/>
                <w:lang w:eastAsia="ja-JP"/>
              </w:rPr>
              <w:t>３</w:t>
            </w:r>
            <w:r>
              <w:rPr>
                <w:rFonts w:hint="eastAsia"/>
                <w:lang w:eastAsia="ja-JP"/>
              </w:rPr>
              <w:t>８</w:t>
            </w:r>
            <w:r>
              <w:rPr>
                <w:lang w:eastAsia="ja-JP"/>
              </w:rPr>
              <w:t>時間</w:t>
            </w:r>
            <w:r>
              <w:rPr>
                <w:rFonts w:hint="eastAsia"/>
                <w:spacing w:val="-60"/>
                <w:lang w:eastAsia="ja-JP"/>
              </w:rPr>
              <w:t>４</w:t>
            </w:r>
            <w:r>
              <w:rPr>
                <w:rFonts w:hint="eastAsia"/>
                <w:lang w:eastAsia="ja-JP"/>
              </w:rPr>
              <w:t>５</w:t>
            </w:r>
            <w:r>
              <w:rPr>
                <w:lang w:eastAsia="ja-JP"/>
              </w:rPr>
              <w:t>分）</w:t>
            </w:r>
          </w:p>
        </w:tc>
        <w:tc>
          <w:tcPr>
            <w:tcW w:w="3206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1922D9A6" w14:textId="3BE5D2A1" w:rsidR="00D3109A" w:rsidRDefault="00D3109A" w:rsidP="00D3109A">
            <w:pPr>
              <w:spacing w:after="0" w:line="240" w:lineRule="auto"/>
              <w:ind w:leftChars="-100" w:left="-210" w:rightChars="-50" w:righ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［　５</w:t>
            </w:r>
            <w:r>
              <w:rPr>
                <w:lang w:eastAsia="ja-JP"/>
              </w:rPr>
              <w:t>日勤務</w:t>
            </w:r>
            <w:r>
              <w:rPr>
                <w:rFonts w:hint="eastAsia"/>
                <w:lang w:eastAsia="ja-JP"/>
              </w:rPr>
              <w:t>］</w:t>
            </w:r>
          </w:p>
        </w:tc>
      </w:tr>
      <w:tr w:rsidR="00D3109A" w14:paraId="01AB523B" w14:textId="77777777" w:rsidTr="00BA4B2B">
        <w:trPr>
          <w:trHeight w:val="20"/>
          <w:jc w:val="center"/>
        </w:trPr>
        <w:tc>
          <w:tcPr>
            <w:tcW w:w="1085" w:type="dxa"/>
            <w:vMerge/>
            <w:vAlign w:val="center"/>
          </w:tcPr>
          <w:p w14:paraId="69E9AA2E" w14:textId="77777777" w:rsidR="00D3109A" w:rsidRDefault="00D3109A" w:rsidP="00D3109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772" w:type="dxa"/>
            <w:tcBorders>
              <w:top w:val="nil"/>
              <w:bottom w:val="nil"/>
              <w:right w:val="nil"/>
            </w:tcBorders>
            <w:vAlign w:val="center"/>
          </w:tcPr>
          <w:p w14:paraId="44328904" w14:textId="129E881F" w:rsidR="00D3109A" w:rsidRDefault="00D3109A" w:rsidP="00D3109A">
            <w:pPr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 w:rsidRPr="00B27074">
              <w:rPr>
                <w:rFonts w:hint="eastAsia"/>
                <w:spacing w:val="-20"/>
                <w:lang w:eastAsia="ja-JP"/>
              </w:rPr>
              <w:t>（</w:t>
            </w:r>
            <w:permStart w:id="2015781997" w:edGrp="everyone"/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sdt>
              <w:sdtPr>
                <w:rPr>
                  <w:rFonts w:hint="eastAsia"/>
                  <w:spacing w:val="-20"/>
                  <w:lang w:eastAsia="ja-JP"/>
                </w:rPr>
                <w:alias w:val="順番"/>
                <w:id w:val="-962269770"/>
                <w:placeholder>
                  <w:docPart w:val="A2A9734D508148EC87A74A9EC963E41A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　" w:value="　"/>
                </w:dropDownList>
              </w:sdtPr>
              <w:sdtContent>
                <w:r>
                  <w:rPr>
                    <w:rFonts w:hint="eastAsia"/>
                    <w:spacing w:val="-20"/>
                    <w:lang w:eastAsia="ja-JP"/>
                  </w:rPr>
                  <w:t xml:space="preserve">　</w:t>
                </w:r>
              </w:sdtContent>
            </w:sdt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permEnd w:id="2015781997"/>
            <w:r w:rsidRPr="00B27074">
              <w:rPr>
                <w:rFonts w:hint="eastAsia"/>
                <w:spacing w:val="-20"/>
                <w:lang w:eastAsia="ja-JP"/>
              </w:rPr>
              <w:t>）</w:t>
            </w:r>
          </w:p>
        </w:tc>
        <w:tc>
          <w:tcPr>
            <w:tcW w:w="48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26DBF" w14:textId="76A7293C" w:rsidR="00D3109A" w:rsidRDefault="00D3109A" w:rsidP="00D3109A">
            <w:pPr>
              <w:spacing w:after="0" w:line="240" w:lineRule="auto"/>
              <w:ind w:leftChars="-50" w:left="-105" w:rightChars="-100" w:right="-210"/>
              <w:jc w:val="both"/>
              <w:rPr>
                <w:lang w:eastAsia="ja-JP"/>
              </w:rPr>
            </w:pPr>
            <w:r>
              <w:rPr>
                <w:lang w:eastAsia="ja-JP"/>
              </w:rPr>
              <w:t>キ 短時間勤務（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週間当たり</w:t>
            </w:r>
            <w:r>
              <w:rPr>
                <w:rFonts w:hint="eastAsia"/>
                <w:spacing w:val="-60"/>
                <w:lang w:eastAsia="ja-JP"/>
              </w:rPr>
              <w:t>２</w:t>
            </w:r>
            <w:r>
              <w:rPr>
                <w:rFonts w:hint="eastAsia"/>
                <w:lang w:eastAsia="ja-JP"/>
              </w:rPr>
              <w:t>８</w:t>
            </w:r>
            <w:r>
              <w:rPr>
                <w:lang w:eastAsia="ja-JP"/>
              </w:rPr>
              <w:t>時間</w:t>
            </w:r>
            <w:r>
              <w:rPr>
                <w:rFonts w:hint="eastAsia"/>
                <w:spacing w:val="-60"/>
                <w:lang w:eastAsia="ja-JP"/>
              </w:rPr>
              <w:t>４</w:t>
            </w:r>
            <w:r>
              <w:rPr>
                <w:rFonts w:hint="eastAsia"/>
                <w:lang w:eastAsia="ja-JP"/>
              </w:rPr>
              <w:t>５</w:t>
            </w:r>
            <w:r>
              <w:rPr>
                <w:lang w:eastAsia="ja-JP"/>
              </w:rPr>
              <w:t xml:space="preserve">分） </w:t>
            </w:r>
          </w:p>
        </w:tc>
        <w:tc>
          <w:tcPr>
            <w:tcW w:w="3206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61BF4447" w14:textId="7B17CAFE" w:rsidR="00D3109A" w:rsidRDefault="00D3109A" w:rsidP="00D3109A">
            <w:pPr>
              <w:spacing w:after="0" w:line="240" w:lineRule="auto"/>
              <w:ind w:leftChars="-100" w:left="-210" w:rightChars="-50" w:righ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［　５</w:t>
            </w:r>
            <w:r>
              <w:rPr>
                <w:lang w:eastAsia="ja-JP"/>
              </w:rPr>
              <w:t>日勤務</w:t>
            </w:r>
            <w:r>
              <w:rPr>
                <w:rFonts w:hint="eastAsia"/>
                <w:lang w:eastAsia="ja-JP"/>
              </w:rPr>
              <w:t>］</w:t>
            </w:r>
            <w:r w:rsidRPr="00EC55E5">
              <w:rPr>
                <w:sz w:val="18"/>
                <w:szCs w:val="20"/>
                <w:lang w:eastAsia="ja-JP"/>
              </w:rPr>
              <w:t>(</w:t>
            </w:r>
            <w:r>
              <w:rPr>
                <w:rFonts w:hint="eastAsia"/>
                <w:sz w:val="18"/>
                <w:szCs w:val="20"/>
                <w:lang w:eastAsia="ja-JP"/>
              </w:rPr>
              <w:t>１</w:t>
            </w:r>
            <w:r w:rsidRPr="00EC55E5">
              <w:rPr>
                <w:sz w:val="18"/>
                <w:szCs w:val="20"/>
                <w:lang w:eastAsia="ja-JP"/>
              </w:rPr>
              <w:t>日:</w:t>
            </w:r>
            <w:r>
              <w:rPr>
                <w:rFonts w:hint="eastAsia"/>
                <w:sz w:val="18"/>
                <w:szCs w:val="20"/>
                <w:lang w:eastAsia="ja-JP"/>
              </w:rPr>
              <w:t>５</w:t>
            </w:r>
            <w:r w:rsidRPr="00EC55E5">
              <w:rPr>
                <w:sz w:val="18"/>
                <w:szCs w:val="20"/>
                <w:lang w:eastAsia="ja-JP"/>
              </w:rPr>
              <w:t>時間45分)</w:t>
            </w:r>
          </w:p>
        </w:tc>
      </w:tr>
      <w:tr w:rsidR="00D3109A" w14:paraId="5A106FC4" w14:textId="77777777" w:rsidTr="00BA4B2B">
        <w:trPr>
          <w:trHeight w:val="20"/>
          <w:jc w:val="center"/>
        </w:trPr>
        <w:tc>
          <w:tcPr>
            <w:tcW w:w="1085" w:type="dxa"/>
            <w:vMerge/>
            <w:vAlign w:val="center"/>
          </w:tcPr>
          <w:p w14:paraId="247E4D45" w14:textId="77777777" w:rsidR="00D3109A" w:rsidRDefault="00D3109A" w:rsidP="00D3109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772" w:type="dxa"/>
            <w:tcBorders>
              <w:top w:val="nil"/>
              <w:bottom w:val="nil"/>
              <w:right w:val="nil"/>
            </w:tcBorders>
            <w:vAlign w:val="center"/>
          </w:tcPr>
          <w:p w14:paraId="1C670D83" w14:textId="30F704FC" w:rsidR="00D3109A" w:rsidRDefault="00D3109A" w:rsidP="00D3109A">
            <w:pPr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 w:rsidRPr="00B27074">
              <w:rPr>
                <w:rFonts w:hint="eastAsia"/>
                <w:spacing w:val="-20"/>
                <w:lang w:eastAsia="ja-JP"/>
              </w:rPr>
              <w:t>（</w:t>
            </w:r>
            <w:permStart w:id="1501770687" w:edGrp="everyone"/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sdt>
              <w:sdtPr>
                <w:rPr>
                  <w:rFonts w:hint="eastAsia"/>
                  <w:spacing w:val="-20"/>
                  <w:lang w:eastAsia="ja-JP"/>
                </w:rPr>
                <w:alias w:val="順番"/>
                <w:id w:val="-612514130"/>
                <w:placeholder>
                  <w:docPart w:val="B6DE9511ED4C4644972816ED3D1AA7DA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　" w:value="　"/>
                </w:dropDownList>
              </w:sdtPr>
              <w:sdtContent>
                <w:r>
                  <w:rPr>
                    <w:rFonts w:hint="eastAsia"/>
                    <w:spacing w:val="-20"/>
                    <w:lang w:eastAsia="ja-JP"/>
                  </w:rPr>
                  <w:t xml:space="preserve">　</w:t>
                </w:r>
              </w:sdtContent>
            </w:sdt>
            <w:r w:rsidRPr="00B27074">
              <w:rPr>
                <w:rFonts w:hint="eastAsia"/>
                <w:spacing w:val="-20"/>
                <w:lang w:eastAsia="ja-JP"/>
              </w:rPr>
              <w:t xml:space="preserve"> </w:t>
            </w:r>
            <w:permEnd w:id="1501770687"/>
            <w:r w:rsidRPr="00B27074">
              <w:rPr>
                <w:rFonts w:hint="eastAsia"/>
                <w:spacing w:val="-20"/>
                <w:lang w:eastAsia="ja-JP"/>
              </w:rPr>
              <w:t>）</w:t>
            </w:r>
          </w:p>
        </w:tc>
        <w:tc>
          <w:tcPr>
            <w:tcW w:w="48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0B415" w14:textId="595D9119" w:rsidR="00D3109A" w:rsidRDefault="00D3109A" w:rsidP="00D3109A">
            <w:pPr>
              <w:spacing w:after="0" w:line="240" w:lineRule="auto"/>
              <w:ind w:leftChars="-50" w:left="-105" w:rightChars="-100" w:right="-210"/>
              <w:jc w:val="both"/>
              <w:rPr>
                <w:lang w:eastAsia="ja-JP"/>
              </w:rPr>
            </w:pPr>
            <w:r>
              <w:rPr>
                <w:lang w:eastAsia="ja-JP"/>
              </w:rPr>
              <w:t>ク 短時間勤務（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週間当たり</w:t>
            </w:r>
            <w:r>
              <w:rPr>
                <w:rFonts w:hint="eastAsia"/>
                <w:spacing w:val="-60"/>
                <w:lang w:eastAsia="ja-JP"/>
              </w:rPr>
              <w:t>３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時間）</w:t>
            </w:r>
          </w:p>
        </w:tc>
        <w:tc>
          <w:tcPr>
            <w:tcW w:w="3206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387E22F9" w14:textId="7A632084" w:rsidR="00D3109A" w:rsidRDefault="00D3109A" w:rsidP="00D3109A">
            <w:pPr>
              <w:spacing w:after="0" w:line="240" w:lineRule="auto"/>
              <w:ind w:leftChars="-100" w:left="-210" w:rightChars="-50" w:righ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［　４</w:t>
            </w:r>
            <w:r>
              <w:rPr>
                <w:lang w:eastAsia="ja-JP"/>
              </w:rPr>
              <w:t>日勤務</w:t>
            </w:r>
            <w:r>
              <w:rPr>
                <w:rFonts w:hint="eastAsia"/>
                <w:lang w:eastAsia="ja-JP"/>
              </w:rPr>
              <w:t>］</w:t>
            </w:r>
          </w:p>
        </w:tc>
      </w:tr>
      <w:tr w:rsidR="00BF793E" w14:paraId="0F779A71" w14:textId="77777777" w:rsidTr="00BA4B2B">
        <w:trPr>
          <w:trHeight w:val="794"/>
          <w:jc w:val="center"/>
        </w:trPr>
        <w:tc>
          <w:tcPr>
            <w:tcW w:w="1085" w:type="dxa"/>
            <w:vMerge/>
            <w:vAlign w:val="center"/>
          </w:tcPr>
          <w:p w14:paraId="4D874316" w14:textId="77777777" w:rsidR="00BF793E" w:rsidRDefault="00BF793E" w:rsidP="00597FB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8804" w:type="dxa"/>
            <w:gridSpan w:val="24"/>
            <w:tcBorders>
              <w:top w:val="nil"/>
              <w:bottom w:val="single" w:sz="4" w:space="0" w:color="auto"/>
            </w:tcBorders>
            <w:vAlign w:val="bottom"/>
          </w:tcPr>
          <w:p w14:paraId="47F18CEE" w14:textId="3784346F" w:rsidR="00BF793E" w:rsidRPr="001923CE" w:rsidRDefault="00BF793E" w:rsidP="00875F5E">
            <w:pPr>
              <w:snapToGrid w:val="0"/>
              <w:spacing w:after="0" w:line="240" w:lineRule="auto"/>
              <w:ind w:left="180" w:hangingChars="100" w:hanging="180"/>
              <w:jc w:val="both"/>
              <w:rPr>
                <w:sz w:val="18"/>
                <w:szCs w:val="18"/>
                <w:lang w:eastAsia="ja-JP"/>
              </w:rPr>
            </w:pPr>
            <w:r w:rsidRPr="001923CE">
              <w:rPr>
                <w:sz w:val="18"/>
                <w:szCs w:val="18"/>
                <w:lang w:eastAsia="ja-JP"/>
              </w:rPr>
              <w:t>＊</w:t>
            </w:r>
            <w:r w:rsidRPr="001923CE">
              <w:rPr>
                <w:rFonts w:hint="eastAsia"/>
                <w:sz w:val="18"/>
                <w:szCs w:val="18"/>
                <w:lang w:eastAsia="ja-JP"/>
              </w:rPr>
              <w:t>（　）</w:t>
            </w:r>
            <w:r w:rsidRPr="001923CE">
              <w:rPr>
                <w:sz w:val="18"/>
                <w:szCs w:val="18"/>
                <w:lang w:eastAsia="ja-JP"/>
              </w:rPr>
              <w:t>内に希望する順番を</w:t>
            </w:r>
            <w:r w:rsidRPr="001923CE">
              <w:rPr>
                <w:rFonts w:hint="eastAsia"/>
                <w:sz w:val="18"/>
                <w:szCs w:val="18"/>
                <w:lang w:eastAsia="ja-JP"/>
              </w:rPr>
              <w:t>１</w:t>
            </w:r>
            <w:r w:rsidRPr="001923CE">
              <w:rPr>
                <w:sz w:val="18"/>
                <w:szCs w:val="18"/>
                <w:lang w:eastAsia="ja-JP"/>
              </w:rPr>
              <w:t>、</w:t>
            </w:r>
            <w:r w:rsidRPr="001923CE">
              <w:rPr>
                <w:rFonts w:hint="eastAsia"/>
                <w:sz w:val="18"/>
                <w:szCs w:val="18"/>
                <w:lang w:eastAsia="ja-JP"/>
              </w:rPr>
              <w:t>２</w:t>
            </w:r>
            <w:r w:rsidRPr="001923CE">
              <w:rPr>
                <w:sz w:val="18"/>
                <w:szCs w:val="18"/>
                <w:lang w:eastAsia="ja-JP"/>
              </w:rPr>
              <w:t>、</w:t>
            </w:r>
            <w:r w:rsidRPr="001923CE">
              <w:rPr>
                <w:rFonts w:hint="eastAsia"/>
                <w:sz w:val="18"/>
                <w:szCs w:val="18"/>
                <w:lang w:eastAsia="ja-JP"/>
              </w:rPr>
              <w:t>３</w:t>
            </w:r>
            <w:r w:rsidRPr="001923CE">
              <w:rPr>
                <w:sz w:val="18"/>
                <w:szCs w:val="18"/>
                <w:lang w:eastAsia="ja-JP"/>
              </w:rPr>
              <w:t>、・・・と記入すること。ただし、決定は教育委員会が行い、希望に添えない場合がある。</w:t>
            </w:r>
          </w:p>
          <w:p w14:paraId="5925854C" w14:textId="18B871D6" w:rsidR="00BF793E" w:rsidRPr="001923CE" w:rsidRDefault="00BF793E" w:rsidP="00875F5E">
            <w:pPr>
              <w:snapToGrid w:val="0"/>
              <w:spacing w:after="0" w:line="240" w:lineRule="auto"/>
              <w:jc w:val="both"/>
              <w:rPr>
                <w:sz w:val="18"/>
                <w:szCs w:val="18"/>
                <w:lang w:eastAsia="ja-JP"/>
              </w:rPr>
            </w:pPr>
            <w:r w:rsidRPr="001923CE">
              <w:rPr>
                <w:sz w:val="18"/>
                <w:szCs w:val="18"/>
                <w:lang w:eastAsia="ja-JP"/>
              </w:rPr>
              <w:t>＊「定年前再任用短時間勤務制」該当者は、「カ」以外を選択すること。</w:t>
            </w:r>
          </w:p>
        </w:tc>
      </w:tr>
      <w:tr w:rsidR="00120788" w14:paraId="232CBBA1" w14:textId="77777777" w:rsidTr="00BA4B2B">
        <w:trPr>
          <w:trHeight w:val="624"/>
          <w:jc w:val="center"/>
        </w:trPr>
        <w:tc>
          <w:tcPr>
            <w:tcW w:w="1085" w:type="dxa"/>
            <w:vAlign w:val="center"/>
          </w:tcPr>
          <w:p w14:paraId="17AA1D59" w14:textId="4BFC1BA8" w:rsidR="00E804BF" w:rsidRDefault="00E804BF" w:rsidP="00597FB2">
            <w:pPr>
              <w:spacing w:after="0" w:line="240" w:lineRule="auto"/>
              <w:jc w:val="center"/>
            </w:pPr>
            <w:proofErr w:type="spellStart"/>
            <w:r>
              <w:t>希望校</w:t>
            </w:r>
            <w:proofErr w:type="spellEnd"/>
          </w:p>
        </w:tc>
        <w:tc>
          <w:tcPr>
            <w:tcW w:w="8804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536AF" w14:textId="674C0A1C" w:rsidR="00E804BF" w:rsidRDefault="00E804BF" w:rsidP="000630A1">
            <w:pPr>
              <w:spacing w:after="0" w:line="240" w:lineRule="auto"/>
              <w:rPr>
                <w:lang w:eastAsia="ja-JP"/>
              </w:rPr>
            </w:pPr>
            <w:r>
              <w:rPr>
                <w:lang w:eastAsia="ja-JP"/>
              </w:rPr>
              <w:t>第</w:t>
            </w:r>
            <w:r>
              <w:rPr>
                <w:rFonts w:hint="eastAsia"/>
                <w:lang w:eastAsia="ja-JP"/>
              </w:rPr>
              <w:t>１</w:t>
            </w:r>
            <w:r>
              <w:rPr>
                <w:lang w:eastAsia="ja-JP"/>
              </w:rPr>
              <w:t>希望（</w:t>
            </w:r>
            <w:permStart w:id="1981577974" w:edGrp="everyone"/>
            <w:r>
              <w:rPr>
                <w:lang w:eastAsia="ja-JP"/>
              </w:rPr>
              <w:t xml:space="preserve">　　　　　　　</w:t>
            </w:r>
            <w:r w:rsidR="00A41567">
              <w:rPr>
                <w:rFonts w:hint="eastAsia"/>
                <w:lang w:eastAsia="ja-JP"/>
              </w:rPr>
              <w:t xml:space="preserve"> </w:t>
            </w:r>
            <w:permEnd w:id="1981577974"/>
            <w:r>
              <w:rPr>
                <w:lang w:eastAsia="ja-JP"/>
              </w:rPr>
              <w:t>）第</w:t>
            </w:r>
            <w:r>
              <w:rPr>
                <w:rFonts w:hint="eastAsia"/>
                <w:lang w:eastAsia="ja-JP"/>
              </w:rPr>
              <w:t>２</w:t>
            </w:r>
            <w:r>
              <w:rPr>
                <w:lang w:eastAsia="ja-JP"/>
              </w:rPr>
              <w:t>希望（</w:t>
            </w:r>
            <w:permStart w:id="678590172" w:edGrp="everyone"/>
            <w:r>
              <w:rPr>
                <w:lang w:eastAsia="ja-JP"/>
              </w:rPr>
              <w:t xml:space="preserve">　　　　　　　</w:t>
            </w:r>
            <w:r w:rsidR="00A41567">
              <w:rPr>
                <w:rFonts w:hint="eastAsia"/>
                <w:lang w:eastAsia="ja-JP"/>
              </w:rPr>
              <w:t xml:space="preserve"> </w:t>
            </w:r>
            <w:permEnd w:id="678590172"/>
            <w:r>
              <w:rPr>
                <w:lang w:eastAsia="ja-JP"/>
              </w:rPr>
              <w:t>）第</w:t>
            </w:r>
            <w:r>
              <w:rPr>
                <w:rFonts w:hint="eastAsia"/>
                <w:lang w:eastAsia="ja-JP"/>
              </w:rPr>
              <w:t>３</w:t>
            </w:r>
            <w:r>
              <w:rPr>
                <w:lang w:eastAsia="ja-JP"/>
              </w:rPr>
              <w:t>希望（</w:t>
            </w:r>
            <w:permStart w:id="795110251" w:edGrp="everyone"/>
            <w:r>
              <w:rPr>
                <w:lang w:eastAsia="ja-JP"/>
              </w:rPr>
              <w:t xml:space="preserve">　　　　　　　</w:t>
            </w:r>
            <w:r w:rsidR="00A41567">
              <w:rPr>
                <w:rFonts w:hint="eastAsia"/>
                <w:lang w:eastAsia="ja-JP"/>
              </w:rPr>
              <w:t xml:space="preserve"> </w:t>
            </w:r>
            <w:permEnd w:id="795110251"/>
            <w:r>
              <w:rPr>
                <w:lang w:eastAsia="ja-JP"/>
              </w:rPr>
              <w:t>）</w:t>
            </w:r>
          </w:p>
          <w:p w14:paraId="7434A862" w14:textId="5693FB9A" w:rsidR="00E804BF" w:rsidRDefault="00E804BF" w:rsidP="000630A1">
            <w:pPr>
              <w:spacing w:after="0" w:line="240" w:lineRule="auto"/>
              <w:rPr>
                <w:lang w:eastAsia="ja-JP"/>
              </w:rPr>
            </w:pPr>
            <w:r w:rsidRPr="00636515">
              <w:rPr>
                <w:sz w:val="18"/>
                <w:szCs w:val="20"/>
                <w:lang w:eastAsia="ja-JP"/>
              </w:rPr>
              <w:t>＊第</w:t>
            </w:r>
            <w:r w:rsidR="00C07954" w:rsidRPr="00636515">
              <w:rPr>
                <w:rFonts w:hint="eastAsia"/>
                <w:sz w:val="18"/>
                <w:szCs w:val="20"/>
                <w:lang w:eastAsia="ja-JP"/>
              </w:rPr>
              <w:t>３</w:t>
            </w:r>
            <w:r w:rsidRPr="00636515">
              <w:rPr>
                <w:sz w:val="18"/>
                <w:szCs w:val="20"/>
                <w:lang w:eastAsia="ja-JP"/>
              </w:rPr>
              <w:t>希望まで記入すること。</w:t>
            </w:r>
          </w:p>
        </w:tc>
      </w:tr>
      <w:tr w:rsidR="00BF793E" w14:paraId="213090C0" w14:textId="77777777" w:rsidTr="00BA4B2B">
        <w:trPr>
          <w:trHeight w:val="283"/>
          <w:jc w:val="center"/>
        </w:trPr>
        <w:tc>
          <w:tcPr>
            <w:tcW w:w="1085" w:type="dxa"/>
            <w:vMerge w:val="restart"/>
            <w:vAlign w:val="center"/>
          </w:tcPr>
          <w:p w14:paraId="0626C511" w14:textId="77777777" w:rsidR="007857EA" w:rsidRDefault="007857EA" w:rsidP="007857EA">
            <w:pPr>
              <w:spacing w:after="0" w:line="240" w:lineRule="auto"/>
              <w:jc w:val="center"/>
            </w:pPr>
            <w:proofErr w:type="spellStart"/>
            <w:r>
              <w:t>健康状態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2F9EEDE" w14:textId="4847023E" w:rsidR="007857EA" w:rsidRDefault="007857EA" w:rsidP="007857EA">
            <w:pPr>
              <w:spacing w:after="0" w:line="240" w:lineRule="auto"/>
              <w:ind w:leftChars="-50" w:left="-105" w:rightChars="-50" w:right="-105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</w:t>
            </w:r>
            <w:sdt>
              <w:sdtPr>
                <w:rPr>
                  <w:rFonts w:hint="eastAsia"/>
                  <w:lang w:eastAsia="ja-JP"/>
                </w:rPr>
                <w:alias w:val="該当するものに〇"/>
                <w:tag w:val="該当するものに〇"/>
                <w:id w:val="1483729006"/>
                <w:placeholder>
                  <w:docPart w:val="2CB8CCF4AD164AC592F606E3793935C3"/>
                </w:placeholder>
                <w:dropDownList>
                  <w:listItem w:displayText="○" w:value="○"/>
                  <w:listItem w:displayText="　" w:value="　"/>
                </w:dropDownList>
              </w:sdtPr>
              <w:sdtContent>
                <w:permStart w:id="1676956239" w:edGrp="everyone"/>
                <w:r>
                  <w:rPr>
                    <w:rFonts w:hint="eastAsia"/>
                    <w:lang w:eastAsia="ja-JP"/>
                  </w:rPr>
                  <w:t xml:space="preserve">　</w:t>
                </w:r>
                <w:permEnd w:id="1676956239"/>
              </w:sdtContent>
            </w:sdt>
            <w:r>
              <w:rPr>
                <w:rFonts w:hint="eastAsia"/>
                <w:lang w:eastAsia="ja-JP"/>
              </w:rPr>
              <w:t>）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43C87F" w14:textId="0554AE91" w:rsidR="007857EA" w:rsidRDefault="007857EA" w:rsidP="007857EA">
            <w:pPr>
              <w:spacing w:after="0" w:line="240" w:lineRule="auto"/>
              <w:ind w:leftChars="-50" w:lef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１　</w:t>
            </w:r>
            <w:r>
              <w:rPr>
                <w:lang w:eastAsia="ja-JP"/>
              </w:rPr>
              <w:t>健康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8D6A30" w14:textId="77777777" w:rsidR="007857EA" w:rsidRDefault="007857EA" w:rsidP="007857E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8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6FA8C5" w14:textId="3A1CFB89" w:rsidR="007857EA" w:rsidRDefault="007857EA" w:rsidP="007857EA">
            <w:pPr>
              <w:spacing w:after="0" w:line="240" w:lineRule="auto"/>
              <w:ind w:leftChars="-50" w:left="-105" w:rightChars="-50" w:right="-105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</w:t>
            </w:r>
            <w:sdt>
              <w:sdtPr>
                <w:rPr>
                  <w:rFonts w:hint="eastAsia"/>
                  <w:lang w:eastAsia="ja-JP"/>
                </w:rPr>
                <w:alias w:val="該当するものに〇"/>
                <w:tag w:val="該当するものに〇"/>
                <w:id w:val="-1210950912"/>
                <w:placeholder>
                  <w:docPart w:val="551655CCD70C44E6B7357C50ED36B5F6"/>
                </w:placeholder>
                <w:dropDownList>
                  <w:listItem w:displayText="○" w:value="○"/>
                  <w:listItem w:displayText="　" w:value="　"/>
                </w:dropDownList>
              </w:sdtPr>
              <w:sdtContent>
                <w:permStart w:id="423040298" w:edGrp="everyone"/>
                <w:r>
                  <w:rPr>
                    <w:rFonts w:hint="eastAsia"/>
                    <w:lang w:eastAsia="ja-JP"/>
                  </w:rPr>
                  <w:t xml:space="preserve">　</w:t>
                </w:r>
              </w:sdtContent>
            </w:sdt>
            <w:permEnd w:id="423040298"/>
            <w:r>
              <w:rPr>
                <w:rFonts w:hint="eastAsia"/>
                <w:lang w:eastAsia="ja-JP"/>
              </w:rPr>
              <w:t>）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AA787D" w14:textId="5AEC65B0" w:rsidR="007857EA" w:rsidRDefault="007857EA" w:rsidP="007857EA">
            <w:pPr>
              <w:spacing w:after="0" w:line="240" w:lineRule="auto"/>
              <w:ind w:leftChars="-50" w:lef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２　</w:t>
            </w:r>
            <w:r>
              <w:rPr>
                <w:lang w:eastAsia="ja-JP"/>
              </w:rPr>
              <w:t>病弱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8D8406" w14:textId="77777777" w:rsidR="007857EA" w:rsidRDefault="007857EA" w:rsidP="007857EA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DD34F8" w14:textId="55B40A0E" w:rsidR="007857EA" w:rsidRDefault="007857EA" w:rsidP="007857EA">
            <w:pPr>
              <w:spacing w:after="0" w:line="240" w:lineRule="auto"/>
              <w:ind w:leftChars="-50" w:left="-105" w:rightChars="-50" w:right="-105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</w:t>
            </w:r>
            <w:sdt>
              <w:sdtPr>
                <w:rPr>
                  <w:rFonts w:hint="eastAsia"/>
                  <w:lang w:eastAsia="ja-JP"/>
                </w:rPr>
                <w:alias w:val="該当するものに〇"/>
                <w:tag w:val="該当するものに〇"/>
                <w:id w:val="-11769712"/>
                <w:placeholder>
                  <w:docPart w:val="1AEE4FFA794A4C72A63CBCB88AC28042"/>
                </w:placeholder>
                <w:dropDownList>
                  <w:listItem w:displayText="○" w:value="○"/>
                  <w:listItem w:displayText="　" w:value="　"/>
                </w:dropDownList>
              </w:sdtPr>
              <w:sdtContent>
                <w:permStart w:id="863060580" w:edGrp="everyone"/>
                <w:r>
                  <w:rPr>
                    <w:rFonts w:hint="eastAsia"/>
                    <w:lang w:eastAsia="ja-JP"/>
                  </w:rPr>
                  <w:t xml:space="preserve">　</w:t>
                </w:r>
              </w:sdtContent>
            </w:sdt>
            <w:permEnd w:id="863060580"/>
            <w:r>
              <w:rPr>
                <w:rFonts w:hint="eastAsia"/>
                <w:lang w:eastAsia="ja-JP"/>
              </w:rPr>
              <w:t>）</w:t>
            </w:r>
          </w:p>
        </w:tc>
        <w:tc>
          <w:tcPr>
            <w:tcW w:w="3394" w:type="dxa"/>
            <w:gridSpan w:val="10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862CBC9" w14:textId="70E14390" w:rsidR="007857EA" w:rsidRDefault="007857EA" w:rsidP="007857EA">
            <w:pPr>
              <w:spacing w:after="0" w:line="240" w:lineRule="auto"/>
              <w:ind w:leftChars="-50" w:left="-105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３　</w:t>
            </w:r>
            <w:r>
              <w:rPr>
                <w:lang w:eastAsia="ja-JP"/>
              </w:rPr>
              <w:t>療養中</w:t>
            </w:r>
          </w:p>
        </w:tc>
      </w:tr>
      <w:tr w:rsidR="003D3E58" w14:paraId="3512E9AB" w14:textId="77777777" w:rsidTr="00BA4B2B">
        <w:trPr>
          <w:trHeight w:val="170"/>
          <w:jc w:val="center"/>
        </w:trPr>
        <w:tc>
          <w:tcPr>
            <w:tcW w:w="1085" w:type="dxa"/>
            <w:vMerge/>
            <w:vAlign w:val="center"/>
          </w:tcPr>
          <w:p w14:paraId="42310CBD" w14:textId="77777777" w:rsidR="003D3E58" w:rsidRDefault="003D3E58" w:rsidP="00597FB2">
            <w:pPr>
              <w:spacing w:after="0" w:line="240" w:lineRule="auto"/>
            </w:pPr>
          </w:p>
        </w:tc>
        <w:tc>
          <w:tcPr>
            <w:tcW w:w="4026" w:type="dxa"/>
            <w:gridSpan w:val="10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4BA0ECE" w14:textId="060C1968" w:rsidR="003D3E58" w:rsidRPr="000C5868" w:rsidRDefault="003D3E58" w:rsidP="000C5868">
            <w:pPr>
              <w:spacing w:after="0" w:line="240" w:lineRule="auto"/>
              <w:ind w:rightChars="-50" w:right="-105"/>
              <w:jc w:val="right"/>
              <w:rPr>
                <w:sz w:val="18"/>
                <w:szCs w:val="20"/>
                <w:lang w:eastAsia="ja-JP"/>
              </w:rPr>
            </w:pPr>
            <w:r w:rsidRPr="000C5868">
              <w:rPr>
                <w:sz w:val="18"/>
                <w:szCs w:val="20"/>
                <w:lang w:eastAsia="ja-JP"/>
              </w:rPr>
              <w:t>＊</w:t>
            </w:r>
            <w:r w:rsidRPr="000C5868">
              <w:rPr>
                <w:rFonts w:hint="eastAsia"/>
                <w:sz w:val="18"/>
                <w:szCs w:val="20"/>
                <w:lang w:eastAsia="ja-JP"/>
              </w:rPr>
              <w:t>３</w:t>
            </w:r>
            <w:r w:rsidRPr="000C5868">
              <w:rPr>
                <w:sz w:val="18"/>
                <w:szCs w:val="20"/>
                <w:lang w:eastAsia="ja-JP"/>
              </w:rPr>
              <w:t>に該当の場合は傷病名等を記入すること。</w:t>
            </w:r>
          </w:p>
        </w:tc>
        <w:tc>
          <w:tcPr>
            <w:tcW w:w="4778" w:type="dxa"/>
            <w:gridSpan w:val="1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EC27517" w14:textId="48ED4BB1" w:rsidR="003D3E58" w:rsidRDefault="003D3E58" w:rsidP="000C5868">
            <w:pPr>
              <w:spacing w:after="0" w:line="240" w:lineRule="auto"/>
              <w:ind w:leftChars="-50" w:left="-105"/>
              <w:rPr>
                <w:lang w:eastAsia="ja-JP"/>
              </w:rPr>
            </w:pPr>
            <w:r>
              <w:rPr>
                <w:lang w:eastAsia="ja-JP"/>
              </w:rPr>
              <w:t>（傷病名等：</w:t>
            </w:r>
            <w:permStart w:id="1797598937" w:edGrp="everyone"/>
            <w:r>
              <w:rPr>
                <w:lang w:eastAsia="ja-JP"/>
              </w:rPr>
              <w:t xml:space="preserve">　　　　　　　　　　</w:t>
            </w:r>
            <w:r w:rsidR="000C1786">
              <w:rPr>
                <w:rFonts w:hint="eastAsia"/>
                <w:lang w:eastAsia="ja-JP"/>
              </w:rPr>
              <w:t xml:space="preserve">　　　　　</w:t>
            </w:r>
            <w:permEnd w:id="1797598937"/>
            <w:r>
              <w:rPr>
                <w:lang w:eastAsia="ja-JP"/>
              </w:rPr>
              <w:t>）</w:t>
            </w:r>
          </w:p>
        </w:tc>
      </w:tr>
      <w:tr w:rsidR="00B76DEC" w14:paraId="0E47CCAB" w14:textId="77777777" w:rsidTr="00BA4B2B">
        <w:trPr>
          <w:jc w:val="center"/>
        </w:trPr>
        <w:tc>
          <w:tcPr>
            <w:tcW w:w="1085" w:type="dxa"/>
            <w:vMerge/>
            <w:vAlign w:val="center"/>
          </w:tcPr>
          <w:p w14:paraId="4C1F9D84" w14:textId="77777777" w:rsidR="00644BC0" w:rsidRDefault="00644BC0" w:rsidP="00597FB2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4325" w:type="dxa"/>
            <w:gridSpan w:val="12"/>
            <w:tcBorders>
              <w:top w:val="single" w:sz="4" w:space="0" w:color="auto"/>
            </w:tcBorders>
            <w:vAlign w:val="center"/>
          </w:tcPr>
          <w:p w14:paraId="7A78D14F" w14:textId="44C44FFB" w:rsidR="00644BC0" w:rsidRPr="00944B63" w:rsidRDefault="00644BC0" w:rsidP="00944B63">
            <w:pPr>
              <w:spacing w:after="0" w:line="240" w:lineRule="auto"/>
              <w:jc w:val="center"/>
              <w:rPr>
                <w:spacing w:val="60"/>
                <w:lang w:eastAsia="ja-JP"/>
              </w:rPr>
            </w:pPr>
            <w:r w:rsidRPr="00944B63">
              <w:rPr>
                <w:rFonts w:hint="eastAsia"/>
                <w:spacing w:val="60"/>
                <w:lang w:eastAsia="ja-JP"/>
              </w:rPr>
              <w:t>既往症・持病等病名</w:t>
            </w:r>
          </w:p>
        </w:tc>
        <w:tc>
          <w:tcPr>
            <w:tcW w:w="4479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AB5A7" w14:textId="383EF9F2" w:rsidR="00644BC0" w:rsidRPr="00944B63" w:rsidRDefault="00644BC0" w:rsidP="00944B63">
            <w:pPr>
              <w:spacing w:after="0" w:line="240" w:lineRule="auto"/>
              <w:jc w:val="center"/>
              <w:rPr>
                <w:spacing w:val="60"/>
                <w:lang w:eastAsia="ja-JP"/>
              </w:rPr>
            </w:pPr>
            <w:r w:rsidRPr="00944B63">
              <w:rPr>
                <w:rFonts w:hint="eastAsia"/>
                <w:spacing w:val="60"/>
                <w:lang w:eastAsia="ja-JP"/>
              </w:rPr>
              <w:t>療養期間</w:t>
            </w:r>
          </w:p>
        </w:tc>
      </w:tr>
      <w:tr w:rsidR="00411C69" w14:paraId="493A56E1" w14:textId="77777777" w:rsidTr="00BA4B2B">
        <w:trPr>
          <w:trHeight w:val="340"/>
          <w:jc w:val="center"/>
        </w:trPr>
        <w:tc>
          <w:tcPr>
            <w:tcW w:w="1085" w:type="dxa"/>
            <w:vMerge/>
            <w:vAlign w:val="center"/>
          </w:tcPr>
          <w:p w14:paraId="280B34C6" w14:textId="77777777" w:rsidR="00644BC0" w:rsidRDefault="00644BC0" w:rsidP="00597FB2">
            <w:pPr>
              <w:spacing w:after="0" w:line="240" w:lineRule="auto"/>
            </w:pPr>
            <w:permStart w:id="146493865" w:edGrp="everyone" w:colFirst="1" w:colLast="1"/>
            <w:permStart w:id="1743345965" w:edGrp="everyone" w:colFirst="6" w:colLast="6"/>
            <w:permStart w:id="1422469451" w:edGrp="everyone" w:colFirst="7" w:colLast="7"/>
            <w:permStart w:id="552826508" w:edGrp="everyone" w:colFirst="3" w:colLast="3"/>
            <w:permStart w:id="158221116" w:edGrp="everyone" w:colFirst="4" w:colLast="4"/>
          </w:p>
        </w:tc>
        <w:tc>
          <w:tcPr>
            <w:tcW w:w="4325" w:type="dxa"/>
            <w:gridSpan w:val="12"/>
            <w:vAlign w:val="center"/>
          </w:tcPr>
          <w:p w14:paraId="17DEDAE8" w14:textId="4BA21104" w:rsidR="00644BC0" w:rsidRDefault="00644BC0" w:rsidP="00257D95">
            <w:pPr>
              <w:snapToGrid w:val="0"/>
              <w:spacing w:after="0" w:line="240" w:lineRule="auto"/>
              <w:jc w:val="center"/>
              <w:rPr>
                <w:lang w:eastAsia="ja-JP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CBABCA" w14:textId="6ACF85E0" w:rsidR="00644BC0" w:rsidRDefault="00644BC0" w:rsidP="00FB048E">
            <w:pPr>
              <w:snapToGrid w:val="0"/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自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A2B30" w14:textId="1EF286EA" w:rsidR="00644BC0" w:rsidRDefault="00644BC0" w:rsidP="00257D95">
            <w:pPr>
              <w:snapToGrid w:val="0"/>
              <w:spacing w:after="0" w:line="240" w:lineRule="auto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A7C33B" w14:textId="19047FE6" w:rsidR="00644BC0" w:rsidRDefault="00644BC0" w:rsidP="00FB048E">
            <w:pPr>
              <w:snapToGrid w:val="0"/>
              <w:spacing w:after="0" w:line="240" w:lineRule="auto"/>
              <w:ind w:leftChars="-100" w:left="-210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月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96C67" w14:textId="6977B7B3" w:rsidR="00644BC0" w:rsidRDefault="00644BC0" w:rsidP="00FB048E">
            <w:pPr>
              <w:snapToGrid w:val="0"/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至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C06735" w14:textId="622EABF8" w:rsidR="00644BC0" w:rsidRDefault="00644BC0" w:rsidP="00FB048E">
            <w:pPr>
              <w:snapToGrid w:val="0"/>
              <w:spacing w:after="0" w:line="240" w:lineRule="auto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F45A55" w14:textId="08E4BA2C" w:rsidR="00644BC0" w:rsidRDefault="00644BC0" w:rsidP="00FB048E">
            <w:pPr>
              <w:snapToGrid w:val="0"/>
              <w:spacing w:after="0" w:line="240" w:lineRule="auto"/>
              <w:ind w:leftChars="-100" w:left="-210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月</w:t>
            </w:r>
          </w:p>
        </w:tc>
      </w:tr>
      <w:tr w:rsidR="00411C69" w14:paraId="4027721E" w14:textId="77777777" w:rsidTr="00BA4B2B">
        <w:trPr>
          <w:trHeight w:val="340"/>
          <w:jc w:val="center"/>
        </w:trPr>
        <w:tc>
          <w:tcPr>
            <w:tcW w:w="1085" w:type="dxa"/>
            <w:vMerge/>
            <w:vAlign w:val="center"/>
          </w:tcPr>
          <w:p w14:paraId="783E4920" w14:textId="77777777" w:rsidR="00644BC0" w:rsidRDefault="00644BC0" w:rsidP="00597FB2">
            <w:pPr>
              <w:spacing w:after="0" w:line="240" w:lineRule="auto"/>
            </w:pPr>
            <w:permStart w:id="1244795819" w:edGrp="everyone" w:colFirst="1" w:colLast="1"/>
            <w:permStart w:id="751921316" w:edGrp="everyone" w:colFirst="6" w:colLast="6"/>
            <w:permStart w:id="1257864505" w:edGrp="everyone" w:colFirst="7" w:colLast="7"/>
            <w:permStart w:id="1194616136" w:edGrp="everyone" w:colFirst="3" w:colLast="3"/>
            <w:permStart w:id="2130339212" w:edGrp="everyone" w:colFirst="4" w:colLast="4"/>
            <w:permEnd w:id="146493865"/>
            <w:permEnd w:id="1743345965"/>
            <w:permEnd w:id="1422469451"/>
            <w:permEnd w:id="552826508"/>
            <w:permEnd w:id="158221116"/>
          </w:p>
        </w:tc>
        <w:tc>
          <w:tcPr>
            <w:tcW w:w="4325" w:type="dxa"/>
            <w:gridSpan w:val="12"/>
            <w:vAlign w:val="center"/>
          </w:tcPr>
          <w:p w14:paraId="088852DB" w14:textId="77777777" w:rsidR="00644BC0" w:rsidRDefault="00644BC0" w:rsidP="00257D95">
            <w:pPr>
              <w:snapToGrid w:val="0"/>
              <w:spacing w:after="0" w:line="240" w:lineRule="auto"/>
              <w:jc w:val="center"/>
              <w:rPr>
                <w:lang w:eastAsia="ja-JP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36133F" w14:textId="4BAC4BA7" w:rsidR="00644BC0" w:rsidRDefault="00644BC0" w:rsidP="00FB048E">
            <w:pPr>
              <w:snapToGrid w:val="0"/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自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8D0824" w14:textId="6E094E51" w:rsidR="00644BC0" w:rsidRDefault="00644BC0" w:rsidP="00257D95">
            <w:pPr>
              <w:snapToGrid w:val="0"/>
              <w:spacing w:after="0" w:line="240" w:lineRule="auto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7E2605" w14:textId="06472C10" w:rsidR="00644BC0" w:rsidRDefault="00644BC0" w:rsidP="00FB048E">
            <w:pPr>
              <w:snapToGrid w:val="0"/>
              <w:spacing w:after="0" w:line="240" w:lineRule="auto"/>
              <w:ind w:leftChars="-100" w:left="-210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月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855898" w14:textId="58B07336" w:rsidR="00644BC0" w:rsidRDefault="00644BC0" w:rsidP="00FB048E">
            <w:pPr>
              <w:snapToGrid w:val="0"/>
              <w:spacing w:after="0" w:line="240" w:lineRule="auto"/>
              <w:ind w:leftChars="-50" w:left="-105" w:rightChars="-50" w:right="-105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至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4A3B2" w14:textId="099E9CC7" w:rsidR="00644BC0" w:rsidRDefault="00644BC0" w:rsidP="00FB048E">
            <w:pPr>
              <w:snapToGrid w:val="0"/>
              <w:spacing w:after="0" w:line="240" w:lineRule="auto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0DF4358" w14:textId="7B603CEB" w:rsidR="00644BC0" w:rsidRDefault="00644BC0" w:rsidP="00FB048E">
            <w:pPr>
              <w:snapToGrid w:val="0"/>
              <w:spacing w:after="0" w:line="240" w:lineRule="auto"/>
              <w:ind w:leftChars="-100" w:left="-210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月</w:t>
            </w:r>
          </w:p>
        </w:tc>
      </w:tr>
      <w:permEnd w:id="1244795819"/>
      <w:permEnd w:id="751921316"/>
      <w:permEnd w:id="1257864505"/>
      <w:permEnd w:id="1194616136"/>
      <w:permEnd w:id="2130339212"/>
      <w:tr w:rsidR="00B31EC1" w14:paraId="2C7D290E" w14:textId="77777777" w:rsidTr="00BA4B2B">
        <w:trPr>
          <w:trHeight w:val="20"/>
          <w:jc w:val="center"/>
        </w:trPr>
        <w:tc>
          <w:tcPr>
            <w:tcW w:w="1085" w:type="dxa"/>
            <w:vMerge w:val="restart"/>
            <w:vAlign w:val="center"/>
          </w:tcPr>
          <w:p w14:paraId="5F2DC81A" w14:textId="072EC751" w:rsidR="004E3FEF" w:rsidRPr="00597FB2" w:rsidRDefault="004E3FEF" w:rsidP="00597FB2">
            <w:pPr>
              <w:spacing w:after="0" w:line="240" w:lineRule="auto"/>
              <w:jc w:val="both"/>
              <w:rPr>
                <w:spacing w:val="-20"/>
                <w:lang w:eastAsia="ja-JP"/>
              </w:rPr>
            </w:pPr>
            <w:r w:rsidRPr="00597FB2">
              <w:rPr>
                <w:spacing w:val="-20"/>
                <w:lang w:eastAsia="ja-JP"/>
              </w:rPr>
              <w:t>資格免許</w:t>
            </w:r>
            <w:r w:rsidRPr="00B42F8D">
              <w:rPr>
                <w:spacing w:val="-20"/>
                <w:sz w:val="18"/>
                <w:szCs w:val="20"/>
                <w:lang w:eastAsia="ja-JP"/>
              </w:rPr>
              <w:t>(教員免許の他、運転免許等も記入</w:t>
            </w:r>
            <w:r w:rsidRPr="00597FB2">
              <w:rPr>
                <w:spacing w:val="-20"/>
                <w:sz w:val="18"/>
                <w:szCs w:val="20"/>
                <w:lang w:eastAsia="ja-JP"/>
              </w:rPr>
              <w:t>)</w:t>
            </w:r>
          </w:p>
        </w:tc>
        <w:tc>
          <w:tcPr>
            <w:tcW w:w="2164" w:type="dxa"/>
            <w:gridSpan w:val="5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8EC94CA" w14:textId="43A53837" w:rsidR="004E3FEF" w:rsidRDefault="004E3FEF" w:rsidP="004E3FEF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取得年月日</w:t>
            </w:r>
          </w:p>
        </w:tc>
        <w:tc>
          <w:tcPr>
            <w:tcW w:w="2161" w:type="dxa"/>
            <w:gridSpan w:val="7"/>
            <w:tcBorders>
              <w:left w:val="dashed" w:sz="4" w:space="0" w:color="auto"/>
            </w:tcBorders>
            <w:vAlign w:val="center"/>
          </w:tcPr>
          <w:p w14:paraId="0714F057" w14:textId="4424A6C9" w:rsidR="004E3FEF" w:rsidRDefault="004E3FEF" w:rsidP="004E3FEF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資格・免許の種類</w:t>
            </w:r>
          </w:p>
        </w:tc>
        <w:tc>
          <w:tcPr>
            <w:tcW w:w="2282" w:type="dxa"/>
            <w:gridSpan w:val="7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54DCBF" w14:textId="3F3288E6" w:rsidR="004E3FEF" w:rsidRDefault="004E3FEF" w:rsidP="004E3FEF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取得年月日</w:t>
            </w:r>
          </w:p>
        </w:tc>
        <w:tc>
          <w:tcPr>
            <w:tcW w:w="2197" w:type="dxa"/>
            <w:gridSpan w:val="5"/>
            <w:tcBorders>
              <w:left w:val="dashed" w:sz="4" w:space="0" w:color="auto"/>
            </w:tcBorders>
            <w:vAlign w:val="center"/>
          </w:tcPr>
          <w:p w14:paraId="7A6269AE" w14:textId="10BAB414" w:rsidR="004E3FEF" w:rsidRDefault="004E3FEF" w:rsidP="004E3FEF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資格・免許の種類</w:t>
            </w:r>
          </w:p>
        </w:tc>
      </w:tr>
      <w:tr w:rsidR="003D3E58" w14:paraId="67D915D0" w14:textId="77777777" w:rsidTr="00BA4B2B">
        <w:trPr>
          <w:trHeight w:val="567"/>
          <w:jc w:val="center"/>
        </w:trPr>
        <w:tc>
          <w:tcPr>
            <w:tcW w:w="1085" w:type="dxa"/>
            <w:vMerge/>
            <w:vAlign w:val="center"/>
          </w:tcPr>
          <w:p w14:paraId="03B26696" w14:textId="77777777" w:rsidR="00693D66" w:rsidRDefault="00693D66" w:rsidP="00597FB2">
            <w:pPr>
              <w:spacing w:after="0" w:line="240" w:lineRule="auto"/>
              <w:rPr>
                <w:lang w:eastAsia="ja-JP"/>
              </w:rPr>
            </w:pPr>
            <w:permStart w:id="667429117" w:edGrp="everyone" w:colFirst="1" w:colLast="1"/>
            <w:permStart w:id="877617466" w:edGrp="everyone" w:colFirst="2" w:colLast="2"/>
            <w:permStart w:id="111699460" w:edGrp="everyone" w:colFirst="3" w:colLast="3"/>
            <w:permStart w:id="2094075427" w:edGrp="everyone" w:colFirst="4" w:colLast="4"/>
          </w:p>
        </w:tc>
        <w:tc>
          <w:tcPr>
            <w:tcW w:w="2164" w:type="dxa"/>
            <w:gridSpan w:val="5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32894E" w14:textId="53C87E72" w:rsidR="00693D66" w:rsidRPr="0016210A" w:rsidRDefault="00693D66" w:rsidP="00DE234E">
            <w:pPr>
              <w:spacing w:after="0" w:line="240" w:lineRule="auto"/>
              <w:jc w:val="both"/>
              <w:rPr>
                <w:sz w:val="18"/>
                <w:szCs w:val="20"/>
                <w:lang w:eastAsia="ja-JP"/>
              </w:rPr>
            </w:pPr>
          </w:p>
        </w:tc>
        <w:tc>
          <w:tcPr>
            <w:tcW w:w="2161" w:type="dxa"/>
            <w:gridSpan w:val="7"/>
            <w:tcBorders>
              <w:left w:val="dashed" w:sz="4" w:space="0" w:color="auto"/>
            </w:tcBorders>
            <w:vAlign w:val="center"/>
          </w:tcPr>
          <w:p w14:paraId="24CA5CF7" w14:textId="5F6C53AB" w:rsidR="00693D66" w:rsidRPr="0016210A" w:rsidRDefault="00693D66" w:rsidP="00DE234E">
            <w:pPr>
              <w:spacing w:after="0" w:line="240" w:lineRule="auto"/>
              <w:jc w:val="both"/>
              <w:rPr>
                <w:sz w:val="18"/>
                <w:szCs w:val="20"/>
                <w:lang w:eastAsia="ja-JP"/>
              </w:rPr>
            </w:pPr>
          </w:p>
        </w:tc>
        <w:tc>
          <w:tcPr>
            <w:tcW w:w="2282" w:type="dxa"/>
            <w:gridSpan w:val="7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25D2B3A" w14:textId="77777777" w:rsidR="00693D66" w:rsidRPr="0016210A" w:rsidRDefault="00693D66" w:rsidP="00DE234E">
            <w:pPr>
              <w:spacing w:after="0" w:line="240" w:lineRule="auto"/>
              <w:jc w:val="both"/>
              <w:rPr>
                <w:sz w:val="18"/>
                <w:szCs w:val="20"/>
                <w:lang w:eastAsia="ja-JP"/>
              </w:rPr>
            </w:pPr>
          </w:p>
        </w:tc>
        <w:tc>
          <w:tcPr>
            <w:tcW w:w="2197" w:type="dxa"/>
            <w:gridSpan w:val="5"/>
            <w:tcBorders>
              <w:left w:val="dashed" w:sz="4" w:space="0" w:color="auto"/>
            </w:tcBorders>
            <w:vAlign w:val="center"/>
          </w:tcPr>
          <w:p w14:paraId="6E16481B" w14:textId="20226968" w:rsidR="00693D66" w:rsidRPr="0016210A" w:rsidRDefault="00693D66" w:rsidP="00DE234E">
            <w:pPr>
              <w:spacing w:after="0" w:line="240" w:lineRule="auto"/>
              <w:jc w:val="both"/>
              <w:rPr>
                <w:sz w:val="18"/>
                <w:szCs w:val="20"/>
                <w:lang w:eastAsia="ja-JP"/>
              </w:rPr>
            </w:pPr>
          </w:p>
        </w:tc>
      </w:tr>
      <w:tr w:rsidR="003D3E58" w14:paraId="5F6455F1" w14:textId="77777777" w:rsidTr="00BA4B2B">
        <w:trPr>
          <w:trHeight w:val="567"/>
          <w:jc w:val="center"/>
        </w:trPr>
        <w:tc>
          <w:tcPr>
            <w:tcW w:w="1085" w:type="dxa"/>
            <w:vMerge/>
            <w:vAlign w:val="center"/>
          </w:tcPr>
          <w:p w14:paraId="0E26BCE2" w14:textId="77777777" w:rsidR="00693D66" w:rsidRDefault="00693D66" w:rsidP="00597FB2">
            <w:pPr>
              <w:spacing w:after="0" w:line="240" w:lineRule="auto"/>
              <w:rPr>
                <w:lang w:eastAsia="ja-JP"/>
              </w:rPr>
            </w:pPr>
            <w:permStart w:id="799942612" w:edGrp="everyone" w:colFirst="1" w:colLast="1"/>
            <w:permStart w:id="1031759806" w:edGrp="everyone" w:colFirst="2" w:colLast="2"/>
            <w:permStart w:id="258111559" w:edGrp="everyone" w:colFirst="3" w:colLast="3"/>
            <w:permStart w:id="930567681" w:edGrp="everyone" w:colFirst="4" w:colLast="4"/>
            <w:permEnd w:id="667429117"/>
            <w:permEnd w:id="877617466"/>
            <w:permEnd w:id="111699460"/>
            <w:permEnd w:id="2094075427"/>
          </w:p>
        </w:tc>
        <w:tc>
          <w:tcPr>
            <w:tcW w:w="2164" w:type="dxa"/>
            <w:gridSpan w:val="5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D2026AE" w14:textId="77777777" w:rsidR="00693D66" w:rsidRPr="0016210A" w:rsidRDefault="00693D66" w:rsidP="00DE234E">
            <w:pPr>
              <w:spacing w:after="0" w:line="240" w:lineRule="auto"/>
              <w:jc w:val="both"/>
              <w:rPr>
                <w:sz w:val="18"/>
                <w:szCs w:val="20"/>
                <w:lang w:eastAsia="ja-JP"/>
              </w:rPr>
            </w:pPr>
          </w:p>
        </w:tc>
        <w:tc>
          <w:tcPr>
            <w:tcW w:w="2161" w:type="dxa"/>
            <w:gridSpan w:val="7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6578D220" w14:textId="77777777" w:rsidR="00693D66" w:rsidRPr="0016210A" w:rsidRDefault="00693D66" w:rsidP="00DE234E">
            <w:pPr>
              <w:spacing w:after="0" w:line="240" w:lineRule="auto"/>
              <w:jc w:val="both"/>
              <w:rPr>
                <w:sz w:val="18"/>
                <w:szCs w:val="20"/>
                <w:lang w:eastAsia="ja-JP"/>
              </w:rPr>
            </w:pPr>
          </w:p>
        </w:tc>
        <w:tc>
          <w:tcPr>
            <w:tcW w:w="2282" w:type="dxa"/>
            <w:gridSpan w:val="7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220B8F" w14:textId="77777777" w:rsidR="00693D66" w:rsidRPr="0016210A" w:rsidRDefault="00693D66" w:rsidP="00DE234E">
            <w:pPr>
              <w:spacing w:after="0" w:line="240" w:lineRule="auto"/>
              <w:jc w:val="both"/>
              <w:rPr>
                <w:sz w:val="18"/>
                <w:szCs w:val="20"/>
                <w:lang w:eastAsia="ja-JP"/>
              </w:rPr>
            </w:pPr>
          </w:p>
        </w:tc>
        <w:tc>
          <w:tcPr>
            <w:tcW w:w="2197" w:type="dxa"/>
            <w:gridSpan w:val="5"/>
            <w:tcBorders>
              <w:left w:val="dashed" w:sz="4" w:space="0" w:color="auto"/>
            </w:tcBorders>
            <w:vAlign w:val="center"/>
          </w:tcPr>
          <w:p w14:paraId="7F28E84A" w14:textId="77ECA919" w:rsidR="00693D66" w:rsidRPr="0016210A" w:rsidRDefault="00693D66" w:rsidP="00DE234E">
            <w:pPr>
              <w:spacing w:after="0" w:line="240" w:lineRule="auto"/>
              <w:jc w:val="both"/>
              <w:rPr>
                <w:sz w:val="18"/>
                <w:szCs w:val="20"/>
                <w:lang w:eastAsia="ja-JP"/>
              </w:rPr>
            </w:pPr>
          </w:p>
        </w:tc>
      </w:tr>
      <w:permEnd w:id="799942612"/>
      <w:permEnd w:id="1031759806"/>
      <w:permEnd w:id="258111559"/>
      <w:permEnd w:id="930567681"/>
      <w:tr w:rsidR="00B31EC1" w14:paraId="3880BFE3" w14:textId="77777777" w:rsidTr="00BA4B2B">
        <w:trPr>
          <w:trHeight w:val="340"/>
          <w:jc w:val="center"/>
        </w:trPr>
        <w:tc>
          <w:tcPr>
            <w:tcW w:w="1085" w:type="dxa"/>
            <w:vAlign w:val="center"/>
          </w:tcPr>
          <w:p w14:paraId="589CC6D7" w14:textId="77777777" w:rsidR="000A162F" w:rsidRPr="002F1E67" w:rsidRDefault="000A162F" w:rsidP="002F1E67">
            <w:pPr>
              <w:spacing w:after="0" w:line="240" w:lineRule="auto"/>
              <w:ind w:leftChars="-50" w:left="-105" w:rightChars="-50" w:right="-105"/>
              <w:jc w:val="center"/>
              <w:rPr>
                <w:sz w:val="18"/>
                <w:szCs w:val="18"/>
              </w:rPr>
            </w:pPr>
            <w:r w:rsidRPr="002F1E67">
              <w:rPr>
                <w:sz w:val="18"/>
                <w:szCs w:val="18"/>
              </w:rPr>
              <w:t>障害者手帳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BAF0E6" w14:textId="36ECEBF4" w:rsidR="000A162F" w:rsidRDefault="000A162F" w:rsidP="009B10CF">
            <w:pPr>
              <w:spacing w:after="0" w:line="240" w:lineRule="auto"/>
              <w:ind w:rightChars="-50" w:right="-105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</w:t>
            </w:r>
            <w:sdt>
              <w:sdtPr>
                <w:rPr>
                  <w:rFonts w:hint="eastAsia"/>
                  <w:lang w:eastAsia="ja-JP"/>
                </w:rPr>
                <w:alias w:val="該当するものに〇"/>
                <w:tag w:val="該当するものに〇"/>
                <w:id w:val="-1157384654"/>
                <w:placeholder>
                  <w:docPart w:val="DefaultPlaceholder_-1854013438"/>
                </w:placeholder>
                <w:dropDownList>
                  <w:listItem w:displayText="○" w:value="○"/>
                  <w:listItem w:displayText="　" w:value="　"/>
                </w:dropDownList>
              </w:sdtPr>
              <w:sdtContent>
                <w:permStart w:id="2109603966" w:edGrp="everyone"/>
                <w:r w:rsidR="007857EA">
                  <w:rPr>
                    <w:rFonts w:hint="eastAsia"/>
                    <w:lang w:eastAsia="ja-JP"/>
                  </w:rPr>
                  <w:t xml:space="preserve">　</w:t>
                </w:r>
                <w:permEnd w:id="2109603966"/>
              </w:sdtContent>
            </w:sdt>
            <w:r>
              <w:rPr>
                <w:rFonts w:hint="eastAsia"/>
                <w:lang w:eastAsia="ja-JP"/>
              </w:rPr>
              <w:t>）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88A75" w14:textId="0973205F" w:rsidR="000A162F" w:rsidRPr="0020488A" w:rsidRDefault="000A162F" w:rsidP="009B10CF">
            <w:pPr>
              <w:spacing w:after="0" w:line="240" w:lineRule="auto"/>
              <w:ind w:leftChars="-50" w:lef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有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A4A1B8" w14:textId="78B771E5" w:rsidR="000A162F" w:rsidRDefault="000A162F" w:rsidP="0020488A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・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CC305" w14:textId="510C7D19" w:rsidR="000A162F" w:rsidRDefault="007857EA" w:rsidP="009B10CF">
            <w:pPr>
              <w:spacing w:after="0" w:line="240" w:lineRule="auto"/>
              <w:ind w:rightChars="-50" w:right="-105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</w:t>
            </w:r>
            <w:sdt>
              <w:sdtPr>
                <w:rPr>
                  <w:rFonts w:hint="eastAsia"/>
                  <w:lang w:eastAsia="ja-JP"/>
                </w:rPr>
                <w:alias w:val="該当するものに〇"/>
                <w:tag w:val="該当するものに〇"/>
                <w:id w:val="386692199"/>
                <w:placeholder>
                  <w:docPart w:val="8B6B77AA311146F4829773CD74EDCA65"/>
                </w:placeholder>
                <w:dropDownList>
                  <w:listItem w:displayText="○" w:value="○"/>
                  <w:listItem w:displayText="　" w:value="　"/>
                </w:dropDownList>
              </w:sdtPr>
              <w:sdtContent>
                <w:permStart w:id="2024810047" w:edGrp="everyone"/>
                <w:r>
                  <w:rPr>
                    <w:rFonts w:hint="eastAsia"/>
                    <w:lang w:eastAsia="ja-JP"/>
                  </w:rPr>
                  <w:t xml:space="preserve">　</w:t>
                </w:r>
                <w:permEnd w:id="2024810047"/>
              </w:sdtContent>
            </w:sdt>
            <w:r>
              <w:rPr>
                <w:rFonts w:hint="eastAsia"/>
                <w:lang w:eastAsia="ja-JP"/>
              </w:rPr>
              <w:t>）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DC1FBB9" w14:textId="7AE66989" w:rsidR="000A162F" w:rsidRDefault="000A162F" w:rsidP="009B10CF">
            <w:pPr>
              <w:spacing w:after="0" w:line="240" w:lineRule="auto"/>
              <w:ind w:leftChars="-50" w:left="-105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無</w:t>
            </w:r>
          </w:p>
        </w:tc>
        <w:tc>
          <w:tcPr>
            <w:tcW w:w="2020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E80CC" w14:textId="055A2EC1" w:rsidR="000A162F" w:rsidRPr="009A1A38" w:rsidRDefault="000A162F" w:rsidP="003241BE">
            <w:pPr>
              <w:spacing w:after="0" w:line="240" w:lineRule="auto"/>
              <w:ind w:leftChars="-50" w:left="-105" w:rightChars="-50" w:right="-105"/>
              <w:jc w:val="right"/>
              <w:rPr>
                <w:lang w:eastAsia="ja-JP"/>
              </w:rPr>
            </w:pPr>
            <w:r>
              <w:rPr>
                <w:lang w:eastAsia="ja-JP"/>
              </w:rPr>
              <w:t>「有」の場合：</w:t>
            </w:r>
            <w:r w:rsidRPr="009A1A38">
              <w:rPr>
                <w:rFonts w:hint="eastAsia"/>
                <w:lang w:eastAsia="ja-JP"/>
              </w:rPr>
              <w:t xml:space="preserve"> </w:t>
            </w:r>
          </w:p>
        </w:tc>
        <w:tc>
          <w:tcPr>
            <w:tcW w:w="1530" w:type="dxa"/>
            <w:gridSpan w:val="5"/>
            <w:tcBorders>
              <w:left w:val="nil"/>
              <w:right w:val="nil"/>
            </w:tcBorders>
            <w:vAlign w:val="center"/>
          </w:tcPr>
          <w:p w14:paraId="077A0F0A" w14:textId="39A49156" w:rsidR="000A162F" w:rsidRPr="009A1A38" w:rsidRDefault="000A162F" w:rsidP="003241BE">
            <w:pPr>
              <w:spacing w:after="0" w:line="240" w:lineRule="auto"/>
              <w:ind w:leftChars="-50" w:left="-105" w:rightChars="-50" w:right="-105"/>
              <w:jc w:val="righ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</w:t>
            </w:r>
            <w:permStart w:id="1381460293" w:edGrp="everyone"/>
            <w:r>
              <w:rPr>
                <w:rFonts w:hint="eastAsia"/>
                <w:lang w:eastAsia="ja-JP"/>
              </w:rPr>
              <w:t xml:space="preserve">　　　　　</w:t>
            </w:r>
            <w:permEnd w:id="1381460293"/>
            <w:r>
              <w:rPr>
                <w:rFonts w:hint="eastAsia"/>
                <w:lang w:eastAsia="ja-JP"/>
              </w:rPr>
              <w:t>）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1850E42" w14:textId="7968527A" w:rsidR="000A162F" w:rsidRPr="009A1A38" w:rsidRDefault="000A162F" w:rsidP="000D5FFE">
            <w:pPr>
              <w:spacing w:after="0" w:line="240" w:lineRule="auto"/>
              <w:ind w:leftChars="-50" w:left="-105"/>
              <w:jc w:val="both"/>
              <w:rPr>
                <w:lang w:eastAsia="ja-JP"/>
              </w:rPr>
            </w:pPr>
            <w:r>
              <w:rPr>
                <w:lang w:eastAsia="ja-JP"/>
              </w:rPr>
              <w:t>級</w:t>
            </w:r>
          </w:p>
        </w:tc>
      </w:tr>
      <w:tr w:rsidR="00B76DEC" w14:paraId="0A2450C0" w14:textId="77777777" w:rsidTr="00BA4B2B">
        <w:trPr>
          <w:trHeight w:val="763"/>
          <w:jc w:val="center"/>
        </w:trPr>
        <w:tc>
          <w:tcPr>
            <w:tcW w:w="1085" w:type="dxa"/>
            <w:vAlign w:val="center"/>
          </w:tcPr>
          <w:p w14:paraId="4D7F668E" w14:textId="77777777" w:rsidR="00B912A1" w:rsidRDefault="00CB238B" w:rsidP="00597FB2">
            <w:pPr>
              <w:spacing w:after="0" w:line="240" w:lineRule="auto"/>
              <w:rPr>
                <w:lang w:eastAsia="ja-JP"/>
              </w:rPr>
            </w:pPr>
            <w:permStart w:id="1088554886" w:edGrp="everyone" w:colFirst="1" w:colLast="1"/>
            <w:r>
              <w:rPr>
                <w:lang w:eastAsia="ja-JP"/>
              </w:rPr>
              <w:t>その他の希望・</w:t>
            </w:r>
          </w:p>
          <w:p w14:paraId="3E4E2D00" w14:textId="015FA667" w:rsidR="00CB238B" w:rsidRDefault="00CB238B" w:rsidP="00597FB2">
            <w:pPr>
              <w:spacing w:after="0" w:line="240" w:lineRule="auto"/>
              <w:rPr>
                <w:lang w:eastAsia="ja-JP"/>
              </w:rPr>
            </w:pPr>
            <w:r>
              <w:rPr>
                <w:lang w:eastAsia="ja-JP"/>
              </w:rPr>
              <w:t>意見等</w:t>
            </w:r>
          </w:p>
        </w:tc>
        <w:tc>
          <w:tcPr>
            <w:tcW w:w="8804" w:type="dxa"/>
            <w:gridSpan w:val="24"/>
            <w:vAlign w:val="center"/>
          </w:tcPr>
          <w:p w14:paraId="5821220E" w14:textId="47ABEA74" w:rsidR="00CB238B" w:rsidRPr="00723995" w:rsidRDefault="00CB238B" w:rsidP="00DE75FB">
            <w:pPr>
              <w:snapToGrid w:val="0"/>
              <w:spacing w:after="0" w:line="240" w:lineRule="auto"/>
              <w:rPr>
                <w:lang w:eastAsia="ja-JP"/>
              </w:rPr>
            </w:pPr>
          </w:p>
        </w:tc>
      </w:tr>
      <w:permEnd w:id="1088554886"/>
    </w:tbl>
    <w:p w14:paraId="10EFDC30" w14:textId="77777777" w:rsidR="00D6056F" w:rsidRPr="003E01E7" w:rsidRDefault="00D6056F" w:rsidP="003E01E7">
      <w:pPr>
        <w:snapToGrid w:val="0"/>
        <w:spacing w:after="0" w:line="240" w:lineRule="auto"/>
        <w:rPr>
          <w:rFonts w:eastAsia="ＭＳ 明朝"/>
          <w:sz w:val="2"/>
          <w:szCs w:val="2"/>
          <w:lang w:eastAsia="ja-JP"/>
        </w:rPr>
      </w:pPr>
    </w:p>
    <w:sectPr w:rsidR="00D6056F" w:rsidRPr="003E01E7" w:rsidSect="00403468">
      <w:pgSz w:w="11909" w:h="16834" w:code="9"/>
      <w:pgMar w:top="567" w:right="851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2A692" w14:textId="77777777" w:rsidR="00A479CF" w:rsidRDefault="00A479CF" w:rsidP="00CD78C8">
      <w:r>
        <w:separator/>
      </w:r>
    </w:p>
  </w:endnote>
  <w:endnote w:type="continuationSeparator" w:id="0">
    <w:p w14:paraId="4A2146C4" w14:textId="77777777" w:rsidR="00A479CF" w:rsidRDefault="00A479CF" w:rsidP="00CD7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8CCDC" w14:textId="77777777" w:rsidR="00A479CF" w:rsidRDefault="00A479CF" w:rsidP="00CD78C8">
      <w:r>
        <w:separator/>
      </w:r>
    </w:p>
  </w:footnote>
  <w:footnote w:type="continuationSeparator" w:id="0">
    <w:p w14:paraId="27AC2EE5" w14:textId="77777777" w:rsidR="00A479CF" w:rsidRDefault="00A479CF" w:rsidP="00CD7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5767069">
    <w:abstractNumId w:val="8"/>
  </w:num>
  <w:num w:numId="2" w16cid:durableId="914512231">
    <w:abstractNumId w:val="6"/>
  </w:num>
  <w:num w:numId="3" w16cid:durableId="648285188">
    <w:abstractNumId w:val="5"/>
  </w:num>
  <w:num w:numId="4" w16cid:durableId="473836363">
    <w:abstractNumId w:val="4"/>
  </w:num>
  <w:num w:numId="5" w16cid:durableId="821118370">
    <w:abstractNumId w:val="7"/>
  </w:num>
  <w:num w:numId="6" w16cid:durableId="300768471">
    <w:abstractNumId w:val="3"/>
  </w:num>
  <w:num w:numId="7" w16cid:durableId="199318841">
    <w:abstractNumId w:val="2"/>
  </w:num>
  <w:num w:numId="8" w16cid:durableId="140074467">
    <w:abstractNumId w:val="1"/>
  </w:num>
  <w:num w:numId="9" w16cid:durableId="60746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7Be5FpMR7q4aeZcu7/a0V6k88DbbywK3lYjAFZttAyb/5mWe77h4BXAWy3ZZ5FdFbYWNOP+5shYWtZ2ofzPOKQ==" w:salt="ctimStPUHiWshXGRBRZByA==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B35"/>
    <w:rsid w:val="00011C07"/>
    <w:rsid w:val="00013763"/>
    <w:rsid w:val="00021E77"/>
    <w:rsid w:val="00023816"/>
    <w:rsid w:val="000339FE"/>
    <w:rsid w:val="00034616"/>
    <w:rsid w:val="000365A4"/>
    <w:rsid w:val="00040E76"/>
    <w:rsid w:val="0006063C"/>
    <w:rsid w:val="000625FB"/>
    <w:rsid w:val="000630A1"/>
    <w:rsid w:val="00074E7F"/>
    <w:rsid w:val="00077029"/>
    <w:rsid w:val="0009469E"/>
    <w:rsid w:val="000A162F"/>
    <w:rsid w:val="000B45B6"/>
    <w:rsid w:val="000B4729"/>
    <w:rsid w:val="000B787A"/>
    <w:rsid w:val="000C1786"/>
    <w:rsid w:val="000C5868"/>
    <w:rsid w:val="000D0E41"/>
    <w:rsid w:val="000D3120"/>
    <w:rsid w:val="000D5FFE"/>
    <w:rsid w:val="000D66B4"/>
    <w:rsid w:val="000D7A0B"/>
    <w:rsid w:val="000E12C7"/>
    <w:rsid w:val="000E4A90"/>
    <w:rsid w:val="000F02C6"/>
    <w:rsid w:val="00102775"/>
    <w:rsid w:val="0010722E"/>
    <w:rsid w:val="00120788"/>
    <w:rsid w:val="0012410A"/>
    <w:rsid w:val="00124658"/>
    <w:rsid w:val="00125ECE"/>
    <w:rsid w:val="001406D2"/>
    <w:rsid w:val="00146AB5"/>
    <w:rsid w:val="0015074B"/>
    <w:rsid w:val="00150BEF"/>
    <w:rsid w:val="0016210A"/>
    <w:rsid w:val="001664D0"/>
    <w:rsid w:val="00167179"/>
    <w:rsid w:val="001923CE"/>
    <w:rsid w:val="001C124A"/>
    <w:rsid w:val="001E11D0"/>
    <w:rsid w:val="00201FD2"/>
    <w:rsid w:val="0020488A"/>
    <w:rsid w:val="00205EB5"/>
    <w:rsid w:val="002105D5"/>
    <w:rsid w:val="002179A7"/>
    <w:rsid w:val="002217FB"/>
    <w:rsid w:val="00236EFC"/>
    <w:rsid w:val="00242624"/>
    <w:rsid w:val="0024411B"/>
    <w:rsid w:val="00254BE1"/>
    <w:rsid w:val="00257D95"/>
    <w:rsid w:val="002721A8"/>
    <w:rsid w:val="00282FF5"/>
    <w:rsid w:val="0029639D"/>
    <w:rsid w:val="002B6B98"/>
    <w:rsid w:val="002D399B"/>
    <w:rsid w:val="002F1E67"/>
    <w:rsid w:val="002F28DB"/>
    <w:rsid w:val="00322C11"/>
    <w:rsid w:val="0032341E"/>
    <w:rsid w:val="003241BE"/>
    <w:rsid w:val="00326F90"/>
    <w:rsid w:val="00332891"/>
    <w:rsid w:val="00350737"/>
    <w:rsid w:val="003538E3"/>
    <w:rsid w:val="0036444A"/>
    <w:rsid w:val="00364AE0"/>
    <w:rsid w:val="00393B60"/>
    <w:rsid w:val="003A4E96"/>
    <w:rsid w:val="003B5EDD"/>
    <w:rsid w:val="003D3E58"/>
    <w:rsid w:val="003E01E7"/>
    <w:rsid w:val="003E0669"/>
    <w:rsid w:val="003E4FFF"/>
    <w:rsid w:val="00403468"/>
    <w:rsid w:val="00406888"/>
    <w:rsid w:val="00411C69"/>
    <w:rsid w:val="004136F7"/>
    <w:rsid w:val="00415A73"/>
    <w:rsid w:val="00441AB1"/>
    <w:rsid w:val="00441B44"/>
    <w:rsid w:val="0044465E"/>
    <w:rsid w:val="00445532"/>
    <w:rsid w:val="00445730"/>
    <w:rsid w:val="00445E71"/>
    <w:rsid w:val="00450D62"/>
    <w:rsid w:val="00456425"/>
    <w:rsid w:val="004633F5"/>
    <w:rsid w:val="00473668"/>
    <w:rsid w:val="00473C4D"/>
    <w:rsid w:val="00473DF7"/>
    <w:rsid w:val="004820DA"/>
    <w:rsid w:val="00482A70"/>
    <w:rsid w:val="00483D2B"/>
    <w:rsid w:val="00484831"/>
    <w:rsid w:val="004A7F8C"/>
    <w:rsid w:val="004C1FFA"/>
    <w:rsid w:val="004C7A0D"/>
    <w:rsid w:val="004E3FEF"/>
    <w:rsid w:val="005013A7"/>
    <w:rsid w:val="005058F0"/>
    <w:rsid w:val="00511E86"/>
    <w:rsid w:val="00511F58"/>
    <w:rsid w:val="0057652C"/>
    <w:rsid w:val="00581F22"/>
    <w:rsid w:val="00597FB2"/>
    <w:rsid w:val="005A736F"/>
    <w:rsid w:val="005B182E"/>
    <w:rsid w:val="005C0294"/>
    <w:rsid w:val="005C3710"/>
    <w:rsid w:val="005C66BE"/>
    <w:rsid w:val="005D0EDE"/>
    <w:rsid w:val="006141CD"/>
    <w:rsid w:val="00616F58"/>
    <w:rsid w:val="00633690"/>
    <w:rsid w:val="00636515"/>
    <w:rsid w:val="00644BC0"/>
    <w:rsid w:val="00646C12"/>
    <w:rsid w:val="00651E42"/>
    <w:rsid w:val="0066647D"/>
    <w:rsid w:val="006830D1"/>
    <w:rsid w:val="0068742B"/>
    <w:rsid w:val="00691488"/>
    <w:rsid w:val="00692D68"/>
    <w:rsid w:val="00693D66"/>
    <w:rsid w:val="006A6AB1"/>
    <w:rsid w:val="006C2A4E"/>
    <w:rsid w:val="006F339A"/>
    <w:rsid w:val="006F5C05"/>
    <w:rsid w:val="00721B1D"/>
    <w:rsid w:val="007227FE"/>
    <w:rsid w:val="00723995"/>
    <w:rsid w:val="00733893"/>
    <w:rsid w:val="00737257"/>
    <w:rsid w:val="0074249B"/>
    <w:rsid w:val="0074715E"/>
    <w:rsid w:val="00761684"/>
    <w:rsid w:val="00766649"/>
    <w:rsid w:val="00772062"/>
    <w:rsid w:val="007857EA"/>
    <w:rsid w:val="00785DB1"/>
    <w:rsid w:val="007D4B64"/>
    <w:rsid w:val="007E3C3B"/>
    <w:rsid w:val="007E4C33"/>
    <w:rsid w:val="007F6758"/>
    <w:rsid w:val="0080217E"/>
    <w:rsid w:val="008157E0"/>
    <w:rsid w:val="00820157"/>
    <w:rsid w:val="00825762"/>
    <w:rsid w:val="008318DC"/>
    <w:rsid w:val="00834C60"/>
    <w:rsid w:val="008430F7"/>
    <w:rsid w:val="0086164A"/>
    <w:rsid w:val="00863395"/>
    <w:rsid w:val="0086432A"/>
    <w:rsid w:val="00872862"/>
    <w:rsid w:val="00875F5E"/>
    <w:rsid w:val="00876040"/>
    <w:rsid w:val="008768B5"/>
    <w:rsid w:val="00893381"/>
    <w:rsid w:val="008A2844"/>
    <w:rsid w:val="008A7E67"/>
    <w:rsid w:val="008B62A1"/>
    <w:rsid w:val="008C7812"/>
    <w:rsid w:val="008F445E"/>
    <w:rsid w:val="0091028F"/>
    <w:rsid w:val="0091609F"/>
    <w:rsid w:val="009200E5"/>
    <w:rsid w:val="0092463A"/>
    <w:rsid w:val="00944B63"/>
    <w:rsid w:val="00944F93"/>
    <w:rsid w:val="009470A8"/>
    <w:rsid w:val="0096280C"/>
    <w:rsid w:val="00972623"/>
    <w:rsid w:val="009852C0"/>
    <w:rsid w:val="00985C0D"/>
    <w:rsid w:val="009878C4"/>
    <w:rsid w:val="009A1A38"/>
    <w:rsid w:val="009B10CF"/>
    <w:rsid w:val="009B2BBC"/>
    <w:rsid w:val="009B6D69"/>
    <w:rsid w:val="009C5F8D"/>
    <w:rsid w:val="009D1A77"/>
    <w:rsid w:val="009E66DF"/>
    <w:rsid w:val="009E7665"/>
    <w:rsid w:val="009F162E"/>
    <w:rsid w:val="009F3A98"/>
    <w:rsid w:val="009F479F"/>
    <w:rsid w:val="00A1518B"/>
    <w:rsid w:val="00A3057E"/>
    <w:rsid w:val="00A41567"/>
    <w:rsid w:val="00A45EF2"/>
    <w:rsid w:val="00A479CF"/>
    <w:rsid w:val="00A53CB8"/>
    <w:rsid w:val="00A55188"/>
    <w:rsid w:val="00A65C5A"/>
    <w:rsid w:val="00AA1D8D"/>
    <w:rsid w:val="00AB60D9"/>
    <w:rsid w:val="00AC030F"/>
    <w:rsid w:val="00AC2AB1"/>
    <w:rsid w:val="00AC4334"/>
    <w:rsid w:val="00B0609A"/>
    <w:rsid w:val="00B27074"/>
    <w:rsid w:val="00B315B5"/>
    <w:rsid w:val="00B31EC1"/>
    <w:rsid w:val="00B325F6"/>
    <w:rsid w:val="00B42F8D"/>
    <w:rsid w:val="00B47730"/>
    <w:rsid w:val="00B52F65"/>
    <w:rsid w:val="00B60C3F"/>
    <w:rsid w:val="00B70B39"/>
    <w:rsid w:val="00B76DEC"/>
    <w:rsid w:val="00B7740F"/>
    <w:rsid w:val="00B912A1"/>
    <w:rsid w:val="00B92797"/>
    <w:rsid w:val="00BA4B2B"/>
    <w:rsid w:val="00BA5092"/>
    <w:rsid w:val="00BA5C98"/>
    <w:rsid w:val="00BB054B"/>
    <w:rsid w:val="00BC379E"/>
    <w:rsid w:val="00BD1918"/>
    <w:rsid w:val="00BD4BDD"/>
    <w:rsid w:val="00BE6C72"/>
    <w:rsid w:val="00BF6863"/>
    <w:rsid w:val="00BF793E"/>
    <w:rsid w:val="00C01FEE"/>
    <w:rsid w:val="00C06B09"/>
    <w:rsid w:val="00C06D96"/>
    <w:rsid w:val="00C07954"/>
    <w:rsid w:val="00C3252C"/>
    <w:rsid w:val="00C33F22"/>
    <w:rsid w:val="00C4081B"/>
    <w:rsid w:val="00C46A3D"/>
    <w:rsid w:val="00C46F10"/>
    <w:rsid w:val="00C6718F"/>
    <w:rsid w:val="00C824D0"/>
    <w:rsid w:val="00C875E9"/>
    <w:rsid w:val="00C9262B"/>
    <w:rsid w:val="00C97BB8"/>
    <w:rsid w:val="00CB0664"/>
    <w:rsid w:val="00CB238B"/>
    <w:rsid w:val="00CB4CB8"/>
    <w:rsid w:val="00CC6C23"/>
    <w:rsid w:val="00CD164F"/>
    <w:rsid w:val="00CD1675"/>
    <w:rsid w:val="00CD276C"/>
    <w:rsid w:val="00CD3D45"/>
    <w:rsid w:val="00CD78C8"/>
    <w:rsid w:val="00CE0749"/>
    <w:rsid w:val="00CE7AA6"/>
    <w:rsid w:val="00CF3128"/>
    <w:rsid w:val="00CF3F85"/>
    <w:rsid w:val="00CF6E01"/>
    <w:rsid w:val="00D1423C"/>
    <w:rsid w:val="00D20FC9"/>
    <w:rsid w:val="00D3109A"/>
    <w:rsid w:val="00D50922"/>
    <w:rsid w:val="00D6056F"/>
    <w:rsid w:val="00D6229C"/>
    <w:rsid w:val="00D63869"/>
    <w:rsid w:val="00D85C66"/>
    <w:rsid w:val="00DA1662"/>
    <w:rsid w:val="00DA5A38"/>
    <w:rsid w:val="00DC0D41"/>
    <w:rsid w:val="00DC6DE3"/>
    <w:rsid w:val="00DD6464"/>
    <w:rsid w:val="00DE1254"/>
    <w:rsid w:val="00DE234E"/>
    <w:rsid w:val="00DE75FB"/>
    <w:rsid w:val="00E1312B"/>
    <w:rsid w:val="00E33D74"/>
    <w:rsid w:val="00E35D08"/>
    <w:rsid w:val="00E37C78"/>
    <w:rsid w:val="00E47F36"/>
    <w:rsid w:val="00E804BF"/>
    <w:rsid w:val="00E9118C"/>
    <w:rsid w:val="00EA2462"/>
    <w:rsid w:val="00EB32D2"/>
    <w:rsid w:val="00EB4016"/>
    <w:rsid w:val="00EB5CB3"/>
    <w:rsid w:val="00EC24F3"/>
    <w:rsid w:val="00EC55E5"/>
    <w:rsid w:val="00EF230E"/>
    <w:rsid w:val="00F00205"/>
    <w:rsid w:val="00F00BFD"/>
    <w:rsid w:val="00F10951"/>
    <w:rsid w:val="00F1435B"/>
    <w:rsid w:val="00F24B34"/>
    <w:rsid w:val="00F56344"/>
    <w:rsid w:val="00F87333"/>
    <w:rsid w:val="00F949FB"/>
    <w:rsid w:val="00FB048E"/>
    <w:rsid w:val="00FC693F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01A84"/>
  <w14:defaultImageDpi w14:val="330"/>
  <w15:docId w15:val="{30D0FAD2-84C7-4F6A-9AAB-131DF8C2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Placeholder Text"/>
    <w:basedOn w:val="a2"/>
    <w:uiPriority w:val="99"/>
    <w:semiHidden/>
    <w:rsid w:val="005C3710"/>
    <w:rPr>
      <w:color w:val="666666"/>
    </w:rPr>
  </w:style>
  <w:style w:type="character" w:styleId="aff0">
    <w:name w:val="annotation reference"/>
    <w:basedOn w:val="a2"/>
    <w:uiPriority w:val="99"/>
    <w:semiHidden/>
    <w:unhideWhenUsed/>
    <w:rsid w:val="00E1312B"/>
    <w:rPr>
      <w:sz w:val="18"/>
      <w:szCs w:val="18"/>
    </w:rPr>
  </w:style>
  <w:style w:type="paragraph" w:styleId="aff1">
    <w:name w:val="annotation text"/>
    <w:basedOn w:val="a1"/>
    <w:link w:val="aff2"/>
    <w:uiPriority w:val="99"/>
    <w:unhideWhenUsed/>
    <w:rsid w:val="00E1312B"/>
  </w:style>
  <w:style w:type="character" w:customStyle="1" w:styleId="aff2">
    <w:name w:val="コメント文字列 (文字)"/>
    <w:basedOn w:val="a2"/>
    <w:link w:val="aff1"/>
    <w:uiPriority w:val="99"/>
    <w:rsid w:val="00E1312B"/>
    <w:rPr>
      <w:rFonts w:ascii="ＭＳ 明朝" w:hAnsi="ＭＳ 明朝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E1312B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E1312B"/>
    <w:rPr>
      <w:rFonts w:ascii="ＭＳ 明朝" w:hAnsi="ＭＳ 明朝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DA5C44-1B57-4D85-972E-BDAC72CDF83E}"/>
      </w:docPartPr>
      <w:docPartBody>
        <w:p w:rsidR="00E75BDC" w:rsidRDefault="00172F49"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13D613F15CB4063BE0F76D05302A4B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C449146-020B-4EF7-984B-E73892BE17C4}"/>
      </w:docPartPr>
      <w:docPartBody>
        <w:p w:rsidR="00515BC3" w:rsidRDefault="00E75BDC" w:rsidP="00E75BDC">
          <w:pPr>
            <w:pStyle w:val="D13D613F15CB4063BE0F76D05302A4BE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421EEE4280E4A8F97C83FA8F5810A9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4B4FF4D-5139-4444-900B-9A13905FB09F}"/>
      </w:docPartPr>
      <w:docPartBody>
        <w:p w:rsidR="00515BC3" w:rsidRDefault="00E75BDC" w:rsidP="00E75BDC">
          <w:pPr>
            <w:pStyle w:val="A421EEE4280E4A8F97C83FA8F5810A90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CB8CCF4AD164AC592F606E3793935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40375A-F1E5-42B5-B032-3DE930A94A43}"/>
      </w:docPartPr>
      <w:docPartBody>
        <w:p w:rsidR="00BE300D" w:rsidRDefault="00515BC3" w:rsidP="00515BC3">
          <w:pPr>
            <w:pStyle w:val="2CB8CCF4AD164AC592F606E3793935C3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51655CCD70C44E6B7357C50ED36B5F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00726D-A9E1-4E03-BD99-BCD76A748749}"/>
      </w:docPartPr>
      <w:docPartBody>
        <w:p w:rsidR="00BE300D" w:rsidRDefault="00515BC3" w:rsidP="00515BC3">
          <w:pPr>
            <w:pStyle w:val="551655CCD70C44E6B7357C50ED36B5F6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AEE4FFA794A4C72A63CBCB88AC2804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6AE37C8-48D5-44BD-9C1D-16392FA5859A}"/>
      </w:docPartPr>
      <w:docPartBody>
        <w:p w:rsidR="00BE300D" w:rsidRDefault="00515BC3" w:rsidP="00515BC3">
          <w:pPr>
            <w:pStyle w:val="1AEE4FFA794A4C72A63CBCB88AC28042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B6B77AA311146F4829773CD74EDCA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BA9E10-2AFA-42FE-A4D8-C402ECAA8CE3}"/>
      </w:docPartPr>
      <w:docPartBody>
        <w:p w:rsidR="00BE300D" w:rsidRDefault="00515BC3" w:rsidP="00515BC3">
          <w:pPr>
            <w:pStyle w:val="8B6B77AA311146F4829773CD74EDCA65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48F27A5DB1A43CEB07DFA8EA72D4BB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0C009FF-92C4-4FE5-A59C-C238E52A5526}"/>
      </w:docPartPr>
      <w:docPartBody>
        <w:p w:rsidR="0049331B" w:rsidRDefault="00BE300D" w:rsidP="00BE300D">
          <w:pPr>
            <w:pStyle w:val="148F27A5DB1A43CEB07DFA8EA72D4BB8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801A1D26E6347A58AF46EAD763BEAF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F34E0C3-AB12-4558-A79E-36038219FFA0}"/>
      </w:docPartPr>
      <w:docPartBody>
        <w:p w:rsidR="00D479F9" w:rsidRDefault="00DA4229" w:rsidP="00DA4229">
          <w:pPr>
            <w:pStyle w:val="0801A1D26E6347A58AF46EAD763BEAF8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62C71C88786463B84F54D04DBDDAF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7BF8B65-8C49-46C7-BEE1-D21D42CEFC05}"/>
      </w:docPartPr>
      <w:docPartBody>
        <w:p w:rsidR="00D479F9" w:rsidRDefault="00DA4229" w:rsidP="00DA4229">
          <w:pPr>
            <w:pStyle w:val="C62C71C88786463B84F54D04DBDDAFC4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EB55F1EC79E4DA1BBE0EA34C2D7F1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505B557-07F4-43BB-88D1-76111E6FCB05}"/>
      </w:docPartPr>
      <w:docPartBody>
        <w:p w:rsidR="00D479F9" w:rsidRDefault="00DA4229" w:rsidP="00DA4229">
          <w:pPr>
            <w:pStyle w:val="4EB55F1EC79E4DA1BBE0EA34C2D7F19E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A69F567CE2F49C599DDCE2677BC353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0D2A4F6-4C21-46B1-869F-A0A7604785E8}"/>
      </w:docPartPr>
      <w:docPartBody>
        <w:p w:rsidR="00D479F9" w:rsidRDefault="00DA4229" w:rsidP="00DA4229">
          <w:pPr>
            <w:pStyle w:val="6A69F567CE2F49C599DDCE2677BC353C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510989D3BEB46669405F20D700DB4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F7CEB8D-C223-4D70-BC50-6D8E36B28B88}"/>
      </w:docPartPr>
      <w:docPartBody>
        <w:p w:rsidR="00D479F9" w:rsidRDefault="00DA4229" w:rsidP="00DA4229">
          <w:pPr>
            <w:pStyle w:val="5510989D3BEB46669405F20D700DB411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2A9734D508148EC87A74A9EC963E41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27F7F7A-70A9-4D3F-ACF4-88109C1D9617}"/>
      </w:docPartPr>
      <w:docPartBody>
        <w:p w:rsidR="00D479F9" w:rsidRDefault="00DA4229" w:rsidP="00DA4229">
          <w:pPr>
            <w:pStyle w:val="A2A9734D508148EC87A74A9EC963E41A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6DE9511ED4C4644972816ED3D1AA7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601FE53-CD89-413C-B2F4-FCB80AEB3066}"/>
      </w:docPartPr>
      <w:docPartBody>
        <w:p w:rsidR="00D479F9" w:rsidRDefault="00DA4229" w:rsidP="00DA4229">
          <w:pPr>
            <w:pStyle w:val="B6DE9511ED4C4644972816ED3D1AA7DA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783101927DB4BA9A67610E515EDF3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468C97-547A-4B46-8573-3CFE3A4F7EDE}"/>
      </w:docPartPr>
      <w:docPartBody>
        <w:p w:rsidR="00C65680" w:rsidRDefault="00D84952" w:rsidP="00D84952">
          <w:pPr>
            <w:pStyle w:val="4783101927DB4BA9A67610E515EDF3C3"/>
          </w:pPr>
          <w:r w:rsidRPr="00E516C7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49"/>
    <w:rsid w:val="000E4A90"/>
    <w:rsid w:val="00146AB5"/>
    <w:rsid w:val="00172F49"/>
    <w:rsid w:val="001D13C3"/>
    <w:rsid w:val="002B6B98"/>
    <w:rsid w:val="003A22BD"/>
    <w:rsid w:val="004136F7"/>
    <w:rsid w:val="00460987"/>
    <w:rsid w:val="00484831"/>
    <w:rsid w:val="0049331B"/>
    <w:rsid w:val="004D6E74"/>
    <w:rsid w:val="00515BC3"/>
    <w:rsid w:val="00547357"/>
    <w:rsid w:val="0057397B"/>
    <w:rsid w:val="00581F22"/>
    <w:rsid w:val="006552C4"/>
    <w:rsid w:val="006830D1"/>
    <w:rsid w:val="00733893"/>
    <w:rsid w:val="00766649"/>
    <w:rsid w:val="0088432A"/>
    <w:rsid w:val="008A270C"/>
    <w:rsid w:val="00957C6F"/>
    <w:rsid w:val="00977510"/>
    <w:rsid w:val="00A53CB8"/>
    <w:rsid w:val="00A65C5A"/>
    <w:rsid w:val="00AC4334"/>
    <w:rsid w:val="00B36FE4"/>
    <w:rsid w:val="00BD4800"/>
    <w:rsid w:val="00BE300D"/>
    <w:rsid w:val="00C46F10"/>
    <w:rsid w:val="00C65680"/>
    <w:rsid w:val="00CF3128"/>
    <w:rsid w:val="00D479F9"/>
    <w:rsid w:val="00D84952"/>
    <w:rsid w:val="00DA4229"/>
    <w:rsid w:val="00DC7F49"/>
    <w:rsid w:val="00E75BDC"/>
    <w:rsid w:val="00F87333"/>
    <w:rsid w:val="00FF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84952"/>
    <w:rPr>
      <w:color w:val="666666"/>
    </w:rPr>
  </w:style>
  <w:style w:type="paragraph" w:customStyle="1" w:styleId="D13D613F15CB4063BE0F76D05302A4BE">
    <w:name w:val="D13D613F15CB4063BE0F76D05302A4BE"/>
    <w:rsid w:val="00E75BDC"/>
    <w:pPr>
      <w:widowControl w:val="0"/>
    </w:pPr>
  </w:style>
  <w:style w:type="paragraph" w:customStyle="1" w:styleId="A421EEE4280E4A8F97C83FA8F5810A90">
    <w:name w:val="A421EEE4280E4A8F97C83FA8F5810A90"/>
    <w:rsid w:val="00E75BDC"/>
    <w:pPr>
      <w:widowControl w:val="0"/>
    </w:pPr>
  </w:style>
  <w:style w:type="paragraph" w:customStyle="1" w:styleId="2CB8CCF4AD164AC592F606E3793935C3">
    <w:name w:val="2CB8CCF4AD164AC592F606E3793935C3"/>
    <w:rsid w:val="00515BC3"/>
    <w:pPr>
      <w:widowControl w:val="0"/>
    </w:pPr>
  </w:style>
  <w:style w:type="paragraph" w:customStyle="1" w:styleId="551655CCD70C44E6B7357C50ED36B5F6">
    <w:name w:val="551655CCD70C44E6B7357C50ED36B5F6"/>
    <w:rsid w:val="00515BC3"/>
    <w:pPr>
      <w:widowControl w:val="0"/>
    </w:pPr>
  </w:style>
  <w:style w:type="paragraph" w:customStyle="1" w:styleId="1AEE4FFA794A4C72A63CBCB88AC28042">
    <w:name w:val="1AEE4FFA794A4C72A63CBCB88AC28042"/>
    <w:rsid w:val="00515BC3"/>
    <w:pPr>
      <w:widowControl w:val="0"/>
    </w:pPr>
  </w:style>
  <w:style w:type="paragraph" w:customStyle="1" w:styleId="8B6B77AA311146F4829773CD74EDCA65">
    <w:name w:val="8B6B77AA311146F4829773CD74EDCA65"/>
    <w:rsid w:val="00515BC3"/>
    <w:pPr>
      <w:widowControl w:val="0"/>
    </w:pPr>
  </w:style>
  <w:style w:type="paragraph" w:customStyle="1" w:styleId="148F27A5DB1A43CEB07DFA8EA72D4BB8">
    <w:name w:val="148F27A5DB1A43CEB07DFA8EA72D4BB8"/>
    <w:rsid w:val="00BE300D"/>
    <w:pPr>
      <w:widowControl w:val="0"/>
    </w:pPr>
  </w:style>
  <w:style w:type="paragraph" w:customStyle="1" w:styleId="0801A1D26E6347A58AF46EAD763BEAF8">
    <w:name w:val="0801A1D26E6347A58AF46EAD763BEAF8"/>
    <w:rsid w:val="00DA4229"/>
    <w:pPr>
      <w:widowControl w:val="0"/>
    </w:pPr>
  </w:style>
  <w:style w:type="paragraph" w:customStyle="1" w:styleId="C62C71C88786463B84F54D04DBDDAFC4">
    <w:name w:val="C62C71C88786463B84F54D04DBDDAFC4"/>
    <w:rsid w:val="00DA4229"/>
    <w:pPr>
      <w:widowControl w:val="0"/>
    </w:pPr>
  </w:style>
  <w:style w:type="paragraph" w:customStyle="1" w:styleId="4EB55F1EC79E4DA1BBE0EA34C2D7F19E">
    <w:name w:val="4EB55F1EC79E4DA1BBE0EA34C2D7F19E"/>
    <w:rsid w:val="00DA4229"/>
    <w:pPr>
      <w:widowControl w:val="0"/>
    </w:pPr>
  </w:style>
  <w:style w:type="paragraph" w:customStyle="1" w:styleId="6A69F567CE2F49C599DDCE2677BC353C">
    <w:name w:val="6A69F567CE2F49C599DDCE2677BC353C"/>
    <w:rsid w:val="00DA4229"/>
    <w:pPr>
      <w:widowControl w:val="0"/>
    </w:pPr>
  </w:style>
  <w:style w:type="paragraph" w:customStyle="1" w:styleId="5510989D3BEB46669405F20D700DB411">
    <w:name w:val="5510989D3BEB46669405F20D700DB411"/>
    <w:rsid w:val="00DA4229"/>
    <w:pPr>
      <w:widowControl w:val="0"/>
    </w:pPr>
  </w:style>
  <w:style w:type="paragraph" w:customStyle="1" w:styleId="A2A9734D508148EC87A74A9EC963E41A">
    <w:name w:val="A2A9734D508148EC87A74A9EC963E41A"/>
    <w:rsid w:val="00DA4229"/>
    <w:pPr>
      <w:widowControl w:val="0"/>
    </w:pPr>
  </w:style>
  <w:style w:type="paragraph" w:customStyle="1" w:styleId="B6DE9511ED4C4644972816ED3D1AA7DA">
    <w:name w:val="B6DE9511ED4C4644972816ED3D1AA7DA"/>
    <w:rsid w:val="00DA4229"/>
    <w:pPr>
      <w:widowControl w:val="0"/>
    </w:pPr>
  </w:style>
  <w:style w:type="paragraph" w:customStyle="1" w:styleId="4783101927DB4BA9A67610E515EDF3C3">
    <w:name w:val="4783101927DB4BA9A67610E515EDF3C3"/>
    <w:rsid w:val="00D8495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175</Words>
  <Characters>1003</Characters>
  <Application>Microsoft Office Word</Application>
  <DocSecurity>8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masaki akiko</dc:creator>
  <cp:keywords/>
  <cp:lastModifiedBy>masaki akiko</cp:lastModifiedBy>
  <cp:revision>9</cp:revision>
  <cp:lastPrinted>2026-10-28T12:46:00Z</cp:lastPrinted>
  <dcterms:created xsi:type="dcterms:W3CDTF">2026-10-14T08:59:00Z</dcterms:created>
  <dcterms:modified xsi:type="dcterms:W3CDTF">2026-10-28T12:47:00Z</dcterms:modified>
  <cp:category/>
</cp:coreProperties>
</file>