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F0D71" w14:textId="1256D8FF" w:rsidR="008D5C3A" w:rsidRPr="00273E83" w:rsidRDefault="00273E83">
      <w:pPr>
        <w:jc w:val="right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  <w:sz w:val="20"/>
          <w:lang w:eastAsia="ja-JP"/>
        </w:rPr>
        <w:t xml:space="preserve">令和　</w:t>
      </w:r>
      <w:r w:rsidRPr="00273E83">
        <w:rPr>
          <w:rFonts w:asciiTheme="majorEastAsia" w:eastAsiaTheme="majorEastAsia" w:hAnsiTheme="majorEastAsia"/>
          <w:sz w:val="20"/>
        </w:rPr>
        <w:t>年</w:t>
      </w:r>
      <w:r>
        <w:rPr>
          <w:rFonts w:asciiTheme="majorEastAsia" w:eastAsiaTheme="majorEastAsia" w:hAnsiTheme="majorEastAsia" w:hint="eastAsia"/>
          <w:sz w:val="20"/>
          <w:lang w:eastAsia="ja-JP"/>
        </w:rPr>
        <w:t xml:space="preserve">　　</w:t>
      </w:r>
      <w:r w:rsidRPr="00273E83">
        <w:rPr>
          <w:rFonts w:asciiTheme="majorEastAsia" w:eastAsiaTheme="majorEastAsia" w:hAnsiTheme="majorEastAsia"/>
          <w:sz w:val="20"/>
        </w:rPr>
        <w:t>月</w:t>
      </w:r>
      <w:r>
        <w:rPr>
          <w:rFonts w:asciiTheme="majorEastAsia" w:eastAsiaTheme="majorEastAsia" w:hAnsiTheme="majorEastAsia" w:hint="eastAsia"/>
          <w:sz w:val="20"/>
          <w:lang w:eastAsia="ja-JP"/>
        </w:rPr>
        <w:t xml:space="preserve">　　</w:t>
      </w:r>
      <w:r w:rsidRPr="00273E83">
        <w:rPr>
          <w:rFonts w:asciiTheme="majorEastAsia" w:eastAsiaTheme="majorEastAsia" w:hAnsiTheme="majorEastAsia"/>
          <w:sz w:val="20"/>
        </w:rPr>
        <w:t>日</w:t>
      </w:r>
    </w:p>
    <w:p w14:paraId="16836994" w14:textId="77777777" w:rsidR="008D5C3A" w:rsidRPr="00273E83" w:rsidRDefault="00000000">
      <w:pPr>
        <w:spacing w:before="240" w:after="360"/>
        <w:jc w:val="center"/>
        <w:rPr>
          <w:rFonts w:asciiTheme="majorEastAsia" w:eastAsiaTheme="majorEastAsia" w:hAnsiTheme="majorEastAsia"/>
          <w:lang w:eastAsia="ja-JP"/>
        </w:rPr>
      </w:pPr>
      <w:r w:rsidRPr="00273E83">
        <w:rPr>
          <w:rFonts w:asciiTheme="majorEastAsia" w:eastAsiaTheme="majorEastAsia" w:hAnsiTheme="majorEastAsia"/>
          <w:b/>
          <w:sz w:val="36"/>
          <w:lang w:eastAsia="ja-JP"/>
        </w:rPr>
        <w:t>納付書 送付依頼書</w:t>
      </w:r>
    </w:p>
    <w:p w14:paraId="4A761378" w14:textId="77777777" w:rsidR="008D5C3A" w:rsidRPr="0041130C" w:rsidRDefault="00000000">
      <w:pPr>
        <w:spacing w:before="240" w:after="80"/>
        <w:rPr>
          <w:rFonts w:asciiTheme="majorEastAsia" w:eastAsiaTheme="majorEastAsia" w:hAnsiTheme="majorEastAsia"/>
          <w:b/>
          <w:sz w:val="24"/>
          <w:szCs w:val="24"/>
          <w:lang w:eastAsia="ja-JP"/>
        </w:rPr>
      </w:pPr>
      <w:r w:rsidRPr="0041130C">
        <w:rPr>
          <w:rFonts w:asciiTheme="majorEastAsia" w:eastAsiaTheme="majorEastAsia" w:hAnsiTheme="majorEastAsia"/>
          <w:b/>
          <w:sz w:val="24"/>
          <w:szCs w:val="24"/>
          <w:lang w:eastAsia="ja-JP"/>
        </w:rPr>
        <w:t>【依頼書送付先(申請書等の提出先)】</w:t>
      </w:r>
    </w:p>
    <w:tbl>
      <w:tblPr>
        <w:tblStyle w:val="afe"/>
        <w:tblW w:w="0" w:type="auto"/>
        <w:tblInd w:w="392" w:type="dxa"/>
        <w:tblLook w:val="04A0" w:firstRow="1" w:lastRow="0" w:firstColumn="1" w:lastColumn="0" w:noHBand="0" w:noVBand="1"/>
      </w:tblPr>
      <w:tblGrid>
        <w:gridCol w:w="1843"/>
        <w:gridCol w:w="7059"/>
      </w:tblGrid>
      <w:tr w:rsidR="00B54D8D" w:rsidRPr="00273E83" w14:paraId="580B6823" w14:textId="77777777" w:rsidTr="00B54D8D">
        <w:tc>
          <w:tcPr>
            <w:tcW w:w="1843" w:type="dxa"/>
            <w:vAlign w:val="center"/>
          </w:tcPr>
          <w:p w14:paraId="3914B126" w14:textId="1F2651FB" w:rsidR="00B54D8D" w:rsidRPr="00273E83" w:rsidRDefault="00B54D8D" w:rsidP="00B54D8D">
            <w:pPr>
              <w:spacing w:before="240" w:after="80"/>
              <w:jc w:val="both"/>
              <w:rPr>
                <w:rFonts w:asciiTheme="majorEastAsia" w:eastAsiaTheme="majorEastAsia" w:hAnsiTheme="majorEastAsia"/>
                <w:b/>
                <w:sz w:val="22"/>
                <w:lang w:eastAsia="ja-JP"/>
              </w:rPr>
            </w:pPr>
            <w:r>
              <w:rPr>
                <w:rFonts w:asciiTheme="majorEastAsia" w:eastAsiaTheme="majorEastAsia" w:hAnsiTheme="majorEastAsia" w:hint="eastAsia"/>
                <w:sz w:val="22"/>
                <w:lang w:eastAsia="ja-JP"/>
              </w:rPr>
              <w:t>住所</w:t>
            </w:r>
          </w:p>
        </w:tc>
        <w:tc>
          <w:tcPr>
            <w:tcW w:w="7059" w:type="dxa"/>
            <w:vAlign w:val="center"/>
          </w:tcPr>
          <w:p w14:paraId="69DCD605" w14:textId="2218CF1A" w:rsidR="00B54D8D" w:rsidRPr="00273E83" w:rsidRDefault="00B54D8D" w:rsidP="00B54D8D">
            <w:pPr>
              <w:jc w:val="both"/>
              <w:rPr>
                <w:rFonts w:asciiTheme="majorEastAsia" w:eastAsiaTheme="majorEastAsia" w:hAnsiTheme="majorEastAsia"/>
                <w:sz w:val="22"/>
                <w:lang w:eastAsia="ja-JP"/>
              </w:rPr>
            </w:pPr>
            <w:r w:rsidRPr="00B54D8D">
              <w:rPr>
                <w:rFonts w:asciiTheme="majorEastAsia" w:eastAsiaTheme="majorEastAsia" w:hAnsiTheme="majorEastAsia" w:hint="eastAsia"/>
                <w:bCs/>
                <w:sz w:val="22"/>
                <w:lang w:eastAsia="ja-JP"/>
              </w:rPr>
              <w:t>〒</w:t>
            </w:r>
            <w:r w:rsidRPr="00B54D8D">
              <w:rPr>
                <w:rFonts w:asciiTheme="majorEastAsia" w:eastAsiaTheme="majorEastAsia" w:hAnsiTheme="majorEastAsia"/>
                <w:bCs/>
                <w:sz w:val="22"/>
                <w:lang w:eastAsia="ja-JP"/>
              </w:rPr>
              <w:t>770-8570 徳島県徳島市万代町1丁目1番地</w:t>
            </w:r>
          </w:p>
        </w:tc>
      </w:tr>
      <w:tr w:rsidR="00B54D8D" w:rsidRPr="00273E83" w14:paraId="2DD05CB3" w14:textId="77777777" w:rsidTr="00B54D8D">
        <w:tc>
          <w:tcPr>
            <w:tcW w:w="1843" w:type="dxa"/>
            <w:vAlign w:val="center"/>
          </w:tcPr>
          <w:p w14:paraId="5340B2CF" w14:textId="77777777" w:rsidR="00B54D8D" w:rsidRPr="00273E83" w:rsidRDefault="00B54D8D" w:rsidP="00B54D8D">
            <w:pPr>
              <w:spacing w:before="240" w:after="80"/>
              <w:jc w:val="both"/>
              <w:rPr>
                <w:rFonts w:asciiTheme="majorEastAsia" w:eastAsiaTheme="majorEastAsia" w:hAnsiTheme="majorEastAsia"/>
                <w:b/>
                <w:sz w:val="22"/>
                <w:lang w:eastAsia="ja-JP"/>
              </w:rPr>
            </w:pPr>
            <w:proofErr w:type="spellStart"/>
            <w:r w:rsidRPr="00273E83">
              <w:rPr>
                <w:rFonts w:asciiTheme="majorEastAsia" w:eastAsiaTheme="majorEastAsia" w:hAnsiTheme="majorEastAsia"/>
                <w:sz w:val="22"/>
              </w:rPr>
              <w:t>担当部署</w:t>
            </w:r>
            <w:proofErr w:type="spellEnd"/>
          </w:p>
        </w:tc>
        <w:tc>
          <w:tcPr>
            <w:tcW w:w="7059" w:type="dxa"/>
            <w:vAlign w:val="center"/>
          </w:tcPr>
          <w:p w14:paraId="7418977F" w14:textId="77777777" w:rsidR="00B54D8D" w:rsidRPr="00273E83" w:rsidRDefault="00B54D8D" w:rsidP="00B54D8D">
            <w:pPr>
              <w:jc w:val="both"/>
              <w:rPr>
                <w:rFonts w:asciiTheme="majorEastAsia" w:eastAsiaTheme="majorEastAsia" w:hAnsiTheme="majorEastAsia"/>
                <w:sz w:val="22"/>
                <w:lang w:eastAsia="zh-CN"/>
              </w:rPr>
            </w:pPr>
            <w:r w:rsidRPr="00273E83">
              <w:rPr>
                <w:rFonts w:asciiTheme="majorEastAsia" w:eastAsiaTheme="majorEastAsia" w:hAnsiTheme="majorEastAsia"/>
                <w:sz w:val="22"/>
                <w:lang w:eastAsia="zh-CN"/>
              </w:rPr>
              <w:t>徳島県</w:t>
            </w:r>
            <w:r w:rsidRPr="00273E83">
              <w:rPr>
                <w:rFonts w:asciiTheme="majorEastAsia" w:eastAsiaTheme="majorEastAsia" w:hAnsiTheme="majorEastAsia" w:hint="eastAsia"/>
                <w:sz w:val="22"/>
                <w:lang w:eastAsia="zh-CN"/>
              </w:rPr>
              <w:t>経済産業</w:t>
            </w:r>
            <w:r w:rsidRPr="00273E83">
              <w:rPr>
                <w:rFonts w:asciiTheme="majorEastAsia" w:eastAsiaTheme="majorEastAsia" w:hAnsiTheme="majorEastAsia"/>
                <w:sz w:val="22"/>
                <w:lang w:eastAsia="zh-CN"/>
              </w:rPr>
              <w:t>部</w:t>
            </w:r>
            <w:r w:rsidRPr="00273E83">
              <w:rPr>
                <w:rFonts w:asciiTheme="majorEastAsia" w:eastAsiaTheme="majorEastAsia" w:hAnsiTheme="majorEastAsia" w:hint="eastAsia"/>
                <w:sz w:val="22"/>
                <w:lang w:eastAsia="zh-CN"/>
              </w:rPr>
              <w:t>産業人材課</w:t>
            </w:r>
            <w:r>
              <w:rPr>
                <w:rFonts w:asciiTheme="majorEastAsia" w:eastAsiaTheme="majorEastAsia" w:hAnsiTheme="majorEastAsia" w:hint="eastAsia"/>
                <w:sz w:val="22"/>
                <w:lang w:eastAsia="zh-CN"/>
              </w:rPr>
              <w:t>技術向上</w:t>
            </w:r>
            <w:r w:rsidRPr="00273E83">
              <w:rPr>
                <w:rFonts w:asciiTheme="majorEastAsia" w:eastAsiaTheme="majorEastAsia" w:hAnsiTheme="majorEastAsia" w:hint="eastAsia"/>
                <w:sz w:val="22"/>
                <w:lang w:eastAsia="zh-CN"/>
              </w:rPr>
              <w:t>担当</w:t>
            </w:r>
          </w:p>
          <w:p w14:paraId="6E78DD58" w14:textId="77777777" w:rsidR="00B54D8D" w:rsidRPr="00273E83" w:rsidRDefault="00B54D8D" w:rsidP="00B54D8D">
            <w:pPr>
              <w:jc w:val="both"/>
              <w:rPr>
                <w:rFonts w:asciiTheme="majorEastAsia" w:eastAsiaTheme="majorEastAsia" w:hAnsiTheme="majorEastAsia"/>
                <w:sz w:val="22"/>
                <w:lang w:eastAsia="ja-JP"/>
              </w:rPr>
            </w:pPr>
            <w:r w:rsidRPr="00273E83">
              <w:rPr>
                <w:rFonts w:asciiTheme="majorEastAsia" w:eastAsiaTheme="majorEastAsia" w:hAnsiTheme="majorEastAsia"/>
                <w:sz w:val="22"/>
              </w:rPr>
              <w:t>（</w:t>
            </w:r>
            <w:proofErr w:type="spellStart"/>
            <w:r w:rsidRPr="00273E83">
              <w:rPr>
                <w:rFonts w:asciiTheme="majorEastAsia" w:eastAsiaTheme="majorEastAsia" w:hAnsiTheme="majorEastAsia"/>
                <w:sz w:val="22"/>
              </w:rPr>
              <w:t>電話</w:t>
            </w:r>
            <w:proofErr w:type="spellEnd"/>
            <w:r w:rsidRPr="00273E83">
              <w:rPr>
                <w:rFonts w:asciiTheme="majorEastAsia" w:eastAsiaTheme="majorEastAsia" w:hAnsiTheme="majorEastAsia"/>
                <w:sz w:val="22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sz w:val="22"/>
                <w:lang w:eastAsia="ja-JP"/>
              </w:rPr>
              <w:t>０８８</w:t>
            </w:r>
            <w:r w:rsidRPr="00273E83">
              <w:rPr>
                <w:rFonts w:asciiTheme="majorEastAsia" w:eastAsiaTheme="majorEastAsia" w:hAnsiTheme="majorEastAsia"/>
                <w:sz w:val="22"/>
              </w:rPr>
              <w:t>-</w:t>
            </w:r>
            <w:r>
              <w:rPr>
                <w:rFonts w:asciiTheme="majorEastAsia" w:eastAsiaTheme="majorEastAsia" w:hAnsiTheme="majorEastAsia" w:hint="eastAsia"/>
                <w:sz w:val="22"/>
                <w:lang w:eastAsia="ja-JP"/>
              </w:rPr>
              <w:t>６２１</w:t>
            </w:r>
            <w:r w:rsidRPr="00273E83">
              <w:rPr>
                <w:rFonts w:asciiTheme="majorEastAsia" w:eastAsiaTheme="majorEastAsia" w:hAnsiTheme="majorEastAsia"/>
                <w:sz w:val="22"/>
              </w:rPr>
              <w:t>-</w:t>
            </w:r>
            <w:r>
              <w:rPr>
                <w:rFonts w:asciiTheme="majorEastAsia" w:eastAsiaTheme="majorEastAsia" w:hAnsiTheme="majorEastAsia" w:hint="eastAsia"/>
                <w:sz w:val="22"/>
                <w:lang w:eastAsia="ja-JP"/>
              </w:rPr>
              <w:t>２３５２</w:t>
            </w:r>
            <w:r w:rsidRPr="00273E83">
              <w:rPr>
                <w:rFonts w:asciiTheme="majorEastAsia" w:eastAsiaTheme="majorEastAsia" w:hAnsiTheme="majorEastAsia"/>
                <w:sz w:val="22"/>
              </w:rPr>
              <w:t>）</w:t>
            </w:r>
          </w:p>
        </w:tc>
      </w:tr>
    </w:tbl>
    <w:p w14:paraId="77B82C45" w14:textId="77777777" w:rsidR="008D5C3A" w:rsidRPr="0041130C" w:rsidRDefault="00000000">
      <w:pPr>
        <w:spacing w:before="280" w:after="80"/>
        <w:rPr>
          <w:rFonts w:asciiTheme="majorEastAsia" w:eastAsiaTheme="majorEastAsia" w:hAnsiTheme="majorEastAsia"/>
          <w:b/>
          <w:sz w:val="24"/>
          <w:szCs w:val="24"/>
          <w:lang w:eastAsia="ja-JP"/>
        </w:rPr>
      </w:pPr>
      <w:r w:rsidRPr="0041130C">
        <w:rPr>
          <w:rFonts w:asciiTheme="majorEastAsia" w:eastAsiaTheme="majorEastAsia" w:hAnsiTheme="majorEastAsia"/>
          <w:b/>
          <w:sz w:val="24"/>
          <w:szCs w:val="24"/>
        </w:rPr>
        <w:t>【</w:t>
      </w:r>
      <w:proofErr w:type="spellStart"/>
      <w:r w:rsidRPr="0041130C">
        <w:rPr>
          <w:rFonts w:asciiTheme="majorEastAsia" w:eastAsiaTheme="majorEastAsia" w:hAnsiTheme="majorEastAsia"/>
          <w:b/>
          <w:sz w:val="24"/>
          <w:szCs w:val="24"/>
        </w:rPr>
        <w:t>申請者</w:t>
      </w:r>
      <w:proofErr w:type="spellEnd"/>
      <w:r w:rsidRPr="0041130C">
        <w:rPr>
          <w:rFonts w:asciiTheme="majorEastAsia" w:eastAsiaTheme="majorEastAsia" w:hAnsiTheme="majorEastAsia"/>
          <w:b/>
          <w:sz w:val="24"/>
          <w:szCs w:val="24"/>
        </w:rPr>
        <w:t>】</w:t>
      </w:r>
    </w:p>
    <w:tbl>
      <w:tblPr>
        <w:tblStyle w:val="afe"/>
        <w:tblW w:w="0" w:type="auto"/>
        <w:tblInd w:w="392" w:type="dxa"/>
        <w:tblLook w:val="04A0" w:firstRow="1" w:lastRow="0" w:firstColumn="1" w:lastColumn="0" w:noHBand="0" w:noVBand="1"/>
      </w:tblPr>
      <w:tblGrid>
        <w:gridCol w:w="1843"/>
        <w:gridCol w:w="7059"/>
      </w:tblGrid>
      <w:tr w:rsidR="00273E83" w:rsidRPr="00273E83" w14:paraId="64DB1D45" w14:textId="77777777" w:rsidTr="0041130C">
        <w:trPr>
          <w:trHeight w:val="20"/>
        </w:trPr>
        <w:tc>
          <w:tcPr>
            <w:tcW w:w="1843" w:type="dxa"/>
          </w:tcPr>
          <w:p w14:paraId="3E150EAA" w14:textId="51AD3115" w:rsidR="00273E83" w:rsidRPr="00273E83" w:rsidRDefault="00273E83">
            <w:pPr>
              <w:spacing w:before="280" w:after="80"/>
              <w:rPr>
                <w:rFonts w:asciiTheme="majorEastAsia" w:eastAsiaTheme="majorEastAsia" w:hAnsiTheme="majorEastAsia"/>
                <w:sz w:val="22"/>
                <w:lang w:eastAsia="ja-JP"/>
              </w:rPr>
            </w:pPr>
            <w:proofErr w:type="spellStart"/>
            <w:r w:rsidRPr="00273E83">
              <w:rPr>
                <w:rFonts w:asciiTheme="majorEastAsia" w:eastAsiaTheme="majorEastAsia" w:hAnsiTheme="majorEastAsia"/>
                <w:spacing w:val="56"/>
                <w:sz w:val="22"/>
                <w:fitText w:val="1050" w:id="-406574336"/>
              </w:rPr>
              <w:t>郵便番</w:t>
            </w:r>
            <w:r w:rsidRPr="00273E83">
              <w:rPr>
                <w:rFonts w:asciiTheme="majorEastAsia" w:eastAsiaTheme="majorEastAsia" w:hAnsiTheme="majorEastAsia"/>
                <w:spacing w:val="2"/>
                <w:sz w:val="22"/>
                <w:fitText w:val="1050" w:id="-406574336"/>
              </w:rPr>
              <w:t>号</w:t>
            </w:r>
            <w:proofErr w:type="spellEnd"/>
          </w:p>
        </w:tc>
        <w:tc>
          <w:tcPr>
            <w:tcW w:w="7059" w:type="dxa"/>
          </w:tcPr>
          <w:p w14:paraId="48E06DA5" w14:textId="1025F16F" w:rsidR="00273E83" w:rsidRPr="00273E83" w:rsidRDefault="00273E83">
            <w:pPr>
              <w:spacing w:before="280" w:after="80"/>
              <w:rPr>
                <w:rFonts w:asciiTheme="majorEastAsia" w:eastAsiaTheme="majorEastAsia" w:hAnsiTheme="majorEastAsia"/>
                <w:sz w:val="22"/>
                <w:lang w:eastAsia="ja-JP"/>
              </w:rPr>
            </w:pPr>
            <w:r w:rsidRPr="00273E83">
              <w:rPr>
                <w:rFonts w:asciiTheme="majorEastAsia" w:eastAsiaTheme="majorEastAsia" w:hAnsiTheme="majorEastAsia"/>
                <w:sz w:val="22"/>
              </w:rPr>
              <w:t>〒</w:t>
            </w:r>
          </w:p>
        </w:tc>
      </w:tr>
      <w:tr w:rsidR="00273E83" w:rsidRPr="00273E83" w14:paraId="27948189" w14:textId="77777777" w:rsidTr="0041130C">
        <w:trPr>
          <w:trHeight w:val="20"/>
        </w:trPr>
        <w:tc>
          <w:tcPr>
            <w:tcW w:w="1843" w:type="dxa"/>
          </w:tcPr>
          <w:p w14:paraId="44FEC119" w14:textId="5AA7E5FC" w:rsidR="00273E83" w:rsidRPr="00273E83" w:rsidRDefault="00273E83">
            <w:pPr>
              <w:spacing w:before="280" w:after="80"/>
              <w:rPr>
                <w:rFonts w:asciiTheme="majorEastAsia" w:eastAsiaTheme="majorEastAsia" w:hAnsiTheme="majorEastAsia"/>
                <w:sz w:val="22"/>
                <w:lang w:eastAsia="ja-JP"/>
              </w:rPr>
            </w:pPr>
            <w:proofErr w:type="spellStart"/>
            <w:r w:rsidRPr="00273E83">
              <w:rPr>
                <w:rFonts w:asciiTheme="majorEastAsia" w:eastAsiaTheme="majorEastAsia" w:hAnsiTheme="majorEastAsia"/>
                <w:spacing w:val="610"/>
                <w:sz w:val="22"/>
                <w:fitText w:val="1050" w:id="-406574335"/>
              </w:rPr>
              <w:t>住</w:t>
            </w:r>
            <w:r w:rsidRPr="00273E83">
              <w:rPr>
                <w:rFonts w:asciiTheme="majorEastAsia" w:eastAsiaTheme="majorEastAsia" w:hAnsiTheme="majorEastAsia"/>
                <w:sz w:val="22"/>
                <w:fitText w:val="1050" w:id="-406574335"/>
              </w:rPr>
              <w:t>所</w:t>
            </w:r>
            <w:proofErr w:type="spellEnd"/>
          </w:p>
        </w:tc>
        <w:tc>
          <w:tcPr>
            <w:tcW w:w="7059" w:type="dxa"/>
          </w:tcPr>
          <w:p w14:paraId="7C42BE89" w14:textId="77777777" w:rsidR="00273E83" w:rsidRPr="00273E83" w:rsidRDefault="00273E83">
            <w:pPr>
              <w:spacing w:before="280" w:after="80"/>
              <w:rPr>
                <w:rFonts w:asciiTheme="majorEastAsia" w:eastAsiaTheme="majorEastAsia" w:hAnsiTheme="majorEastAsia"/>
                <w:sz w:val="22"/>
                <w:lang w:eastAsia="ja-JP"/>
              </w:rPr>
            </w:pPr>
          </w:p>
        </w:tc>
      </w:tr>
      <w:tr w:rsidR="00273E83" w:rsidRPr="00273E83" w14:paraId="2603F1B2" w14:textId="77777777" w:rsidTr="0041130C">
        <w:trPr>
          <w:trHeight w:val="20"/>
        </w:trPr>
        <w:tc>
          <w:tcPr>
            <w:tcW w:w="1843" w:type="dxa"/>
          </w:tcPr>
          <w:p w14:paraId="073A30AD" w14:textId="3B9447D1" w:rsidR="00273E83" w:rsidRPr="00273E83" w:rsidRDefault="00273E83">
            <w:pPr>
              <w:spacing w:before="280" w:after="80"/>
              <w:rPr>
                <w:rFonts w:asciiTheme="majorEastAsia" w:eastAsiaTheme="majorEastAsia" w:hAnsiTheme="majorEastAsia"/>
                <w:sz w:val="22"/>
                <w:lang w:eastAsia="ja-JP"/>
              </w:rPr>
            </w:pPr>
            <w:proofErr w:type="spellStart"/>
            <w:r w:rsidRPr="00273E83">
              <w:rPr>
                <w:rFonts w:asciiTheme="majorEastAsia" w:eastAsiaTheme="majorEastAsia" w:hAnsiTheme="majorEastAsia"/>
                <w:spacing w:val="56"/>
                <w:sz w:val="22"/>
                <w:fitText w:val="1050" w:id="-406574334"/>
              </w:rPr>
              <w:t>ふりが</w:t>
            </w:r>
            <w:r w:rsidRPr="00273E83">
              <w:rPr>
                <w:rFonts w:asciiTheme="majorEastAsia" w:eastAsiaTheme="majorEastAsia" w:hAnsiTheme="majorEastAsia"/>
                <w:spacing w:val="2"/>
                <w:sz w:val="22"/>
                <w:fitText w:val="1050" w:id="-406574334"/>
              </w:rPr>
              <w:t>な</w:t>
            </w:r>
            <w:proofErr w:type="spellEnd"/>
          </w:p>
        </w:tc>
        <w:tc>
          <w:tcPr>
            <w:tcW w:w="7059" w:type="dxa"/>
          </w:tcPr>
          <w:p w14:paraId="5E6A1066" w14:textId="77777777" w:rsidR="00273E83" w:rsidRPr="00273E83" w:rsidRDefault="00273E83">
            <w:pPr>
              <w:spacing w:before="280" w:after="80"/>
              <w:rPr>
                <w:rFonts w:asciiTheme="majorEastAsia" w:eastAsiaTheme="majorEastAsia" w:hAnsiTheme="majorEastAsia"/>
                <w:sz w:val="22"/>
                <w:lang w:eastAsia="ja-JP"/>
              </w:rPr>
            </w:pPr>
          </w:p>
        </w:tc>
      </w:tr>
      <w:tr w:rsidR="00273E83" w:rsidRPr="00273E83" w14:paraId="63FDDED4" w14:textId="77777777" w:rsidTr="0041130C">
        <w:trPr>
          <w:trHeight w:val="20"/>
        </w:trPr>
        <w:tc>
          <w:tcPr>
            <w:tcW w:w="1843" w:type="dxa"/>
          </w:tcPr>
          <w:p w14:paraId="005C0EF0" w14:textId="6C9C63DE" w:rsidR="00273E83" w:rsidRPr="00273E83" w:rsidRDefault="00273E83">
            <w:pPr>
              <w:spacing w:before="280" w:after="80"/>
              <w:rPr>
                <w:rFonts w:asciiTheme="majorEastAsia" w:eastAsiaTheme="majorEastAsia" w:hAnsiTheme="majorEastAsia"/>
                <w:sz w:val="22"/>
                <w:lang w:eastAsia="ja-JP"/>
              </w:rPr>
            </w:pPr>
            <w:proofErr w:type="spellStart"/>
            <w:r w:rsidRPr="00273E83">
              <w:rPr>
                <w:rFonts w:asciiTheme="majorEastAsia" w:eastAsiaTheme="majorEastAsia" w:hAnsiTheme="majorEastAsia"/>
                <w:sz w:val="22"/>
              </w:rPr>
              <w:t>申請者氏名</w:t>
            </w:r>
            <w:proofErr w:type="spellEnd"/>
          </w:p>
        </w:tc>
        <w:tc>
          <w:tcPr>
            <w:tcW w:w="7059" w:type="dxa"/>
          </w:tcPr>
          <w:p w14:paraId="66B5B56C" w14:textId="77777777" w:rsidR="00273E83" w:rsidRPr="00273E83" w:rsidRDefault="00273E83">
            <w:pPr>
              <w:spacing w:before="280" w:after="80"/>
              <w:rPr>
                <w:rFonts w:asciiTheme="majorEastAsia" w:eastAsiaTheme="majorEastAsia" w:hAnsiTheme="majorEastAsia"/>
                <w:sz w:val="22"/>
                <w:lang w:eastAsia="ja-JP"/>
              </w:rPr>
            </w:pPr>
          </w:p>
        </w:tc>
      </w:tr>
      <w:tr w:rsidR="00273E83" w:rsidRPr="00273E83" w14:paraId="480C3925" w14:textId="77777777" w:rsidTr="0041130C">
        <w:trPr>
          <w:trHeight w:val="20"/>
        </w:trPr>
        <w:tc>
          <w:tcPr>
            <w:tcW w:w="1843" w:type="dxa"/>
          </w:tcPr>
          <w:p w14:paraId="1D5A5724" w14:textId="177B0AA2" w:rsidR="00273E83" w:rsidRPr="00273E83" w:rsidRDefault="00273E83">
            <w:pPr>
              <w:spacing w:before="280" w:after="80"/>
              <w:rPr>
                <w:rFonts w:asciiTheme="majorEastAsia" w:eastAsiaTheme="majorEastAsia" w:hAnsiTheme="majorEastAsia"/>
                <w:sz w:val="22"/>
                <w:lang w:eastAsia="ja-JP"/>
              </w:rPr>
            </w:pPr>
            <w:proofErr w:type="spellStart"/>
            <w:r w:rsidRPr="00273E83">
              <w:rPr>
                <w:rFonts w:asciiTheme="majorEastAsia" w:eastAsiaTheme="majorEastAsia" w:hAnsiTheme="majorEastAsia"/>
                <w:spacing w:val="56"/>
                <w:sz w:val="22"/>
                <w:fitText w:val="1050" w:id="-406574333"/>
              </w:rPr>
              <w:t>電話番</w:t>
            </w:r>
            <w:r w:rsidRPr="00273E83">
              <w:rPr>
                <w:rFonts w:asciiTheme="majorEastAsia" w:eastAsiaTheme="majorEastAsia" w:hAnsiTheme="majorEastAsia"/>
                <w:spacing w:val="2"/>
                <w:sz w:val="22"/>
                <w:fitText w:val="1050" w:id="-406574333"/>
              </w:rPr>
              <w:t>号</w:t>
            </w:r>
            <w:proofErr w:type="spellEnd"/>
          </w:p>
        </w:tc>
        <w:tc>
          <w:tcPr>
            <w:tcW w:w="7059" w:type="dxa"/>
          </w:tcPr>
          <w:p w14:paraId="2DCDB7AD" w14:textId="77777777" w:rsidR="00273E83" w:rsidRPr="00273E83" w:rsidRDefault="00273E83">
            <w:pPr>
              <w:spacing w:before="280" w:after="80"/>
              <w:rPr>
                <w:rFonts w:asciiTheme="majorEastAsia" w:eastAsiaTheme="majorEastAsia" w:hAnsiTheme="majorEastAsia"/>
                <w:sz w:val="22"/>
                <w:lang w:eastAsia="ja-JP"/>
              </w:rPr>
            </w:pPr>
          </w:p>
        </w:tc>
      </w:tr>
    </w:tbl>
    <w:p w14:paraId="2EB9CB65" w14:textId="77777777" w:rsidR="008D5C3A" w:rsidRPr="0041130C" w:rsidRDefault="00000000">
      <w:pPr>
        <w:spacing w:before="280" w:after="80"/>
        <w:rPr>
          <w:rFonts w:asciiTheme="majorEastAsia" w:eastAsiaTheme="majorEastAsia" w:hAnsiTheme="majorEastAsia"/>
          <w:b/>
          <w:sz w:val="24"/>
          <w:szCs w:val="24"/>
          <w:lang w:eastAsia="ja-JP"/>
        </w:rPr>
      </w:pPr>
      <w:r w:rsidRPr="0041130C">
        <w:rPr>
          <w:rFonts w:asciiTheme="majorEastAsia" w:eastAsiaTheme="majorEastAsia" w:hAnsiTheme="majorEastAsia"/>
          <w:b/>
          <w:sz w:val="24"/>
          <w:szCs w:val="24"/>
        </w:rPr>
        <w:t>【</w:t>
      </w:r>
      <w:proofErr w:type="spellStart"/>
      <w:r w:rsidRPr="0041130C">
        <w:rPr>
          <w:rFonts w:asciiTheme="majorEastAsia" w:eastAsiaTheme="majorEastAsia" w:hAnsiTheme="majorEastAsia"/>
          <w:b/>
          <w:sz w:val="24"/>
          <w:szCs w:val="24"/>
        </w:rPr>
        <w:t>内容</w:t>
      </w:r>
      <w:proofErr w:type="spellEnd"/>
      <w:r w:rsidRPr="0041130C">
        <w:rPr>
          <w:rFonts w:asciiTheme="majorEastAsia" w:eastAsiaTheme="majorEastAsia" w:hAnsiTheme="majorEastAsia"/>
          <w:b/>
          <w:sz w:val="24"/>
          <w:szCs w:val="24"/>
        </w:rPr>
        <w:t>】</w:t>
      </w:r>
    </w:p>
    <w:tbl>
      <w:tblPr>
        <w:tblStyle w:val="afe"/>
        <w:tblW w:w="0" w:type="auto"/>
        <w:tblInd w:w="392" w:type="dxa"/>
        <w:tblLook w:val="04A0" w:firstRow="1" w:lastRow="0" w:firstColumn="1" w:lastColumn="0" w:noHBand="0" w:noVBand="1"/>
      </w:tblPr>
      <w:tblGrid>
        <w:gridCol w:w="6196"/>
        <w:gridCol w:w="2706"/>
      </w:tblGrid>
      <w:tr w:rsidR="00B54D8D" w:rsidRPr="00273E83" w14:paraId="03C8AFEA" w14:textId="77777777" w:rsidTr="009C75AE">
        <w:tc>
          <w:tcPr>
            <w:tcW w:w="6196" w:type="dxa"/>
          </w:tcPr>
          <w:p w14:paraId="18B50912" w14:textId="43BF1F0A" w:rsidR="00B54D8D" w:rsidRPr="00273E83" w:rsidRDefault="008E20C6" w:rsidP="00273E83">
            <w:pPr>
              <w:spacing w:before="280" w:after="80"/>
              <w:rPr>
                <w:rFonts w:asciiTheme="majorEastAsia" w:eastAsiaTheme="majorEastAsia" w:hAnsiTheme="majorEastAsia"/>
                <w:bCs/>
                <w:sz w:val="22"/>
                <w:lang w:eastAsia="ja-JP"/>
              </w:rPr>
            </w:pPr>
            <w:r>
              <w:rPr>
                <w:rFonts w:asciiTheme="majorEastAsia" w:eastAsiaTheme="majorEastAsia" w:hAnsiTheme="majorEastAsia" w:hint="eastAsia"/>
                <w:bCs/>
                <w:sz w:val="22"/>
                <w:lang w:eastAsia="ja-JP"/>
              </w:rPr>
              <w:t xml:space="preserve">　</w:t>
            </w:r>
            <w:r w:rsidR="00B54D8D" w:rsidRPr="00273E83">
              <w:rPr>
                <w:rFonts w:asciiTheme="majorEastAsia" w:eastAsiaTheme="majorEastAsia" w:hAnsiTheme="majorEastAsia"/>
                <w:bCs/>
                <w:sz w:val="22"/>
                <w:lang w:eastAsia="ja-JP"/>
              </w:rPr>
              <w:t>使用料又は手数料の名称</w:t>
            </w:r>
          </w:p>
        </w:tc>
        <w:tc>
          <w:tcPr>
            <w:tcW w:w="2706" w:type="dxa"/>
          </w:tcPr>
          <w:p w14:paraId="7CAC9478" w14:textId="43B64D45" w:rsidR="00B54D8D" w:rsidRPr="00273E83" w:rsidRDefault="008E20C6" w:rsidP="00273E83">
            <w:pPr>
              <w:spacing w:before="280" w:after="80"/>
              <w:rPr>
                <w:rFonts w:asciiTheme="majorEastAsia" w:eastAsiaTheme="majorEastAsia" w:hAnsiTheme="majorEastAsia" w:hint="eastAsia"/>
                <w:bCs/>
                <w:sz w:val="22"/>
                <w:lang w:eastAsia="ja-JP"/>
              </w:rPr>
            </w:pPr>
            <w:r>
              <w:rPr>
                <w:rFonts w:asciiTheme="majorEastAsia" w:eastAsiaTheme="majorEastAsia" w:hAnsiTheme="majorEastAsia" w:hint="eastAsia"/>
                <w:bCs/>
                <w:sz w:val="22"/>
                <w:lang w:eastAsia="ja-JP"/>
              </w:rPr>
              <w:t xml:space="preserve">　</w:t>
            </w:r>
            <w:proofErr w:type="spellStart"/>
            <w:r w:rsidR="00B54D8D" w:rsidRPr="00273E83">
              <w:rPr>
                <w:rFonts w:asciiTheme="majorEastAsia" w:eastAsiaTheme="majorEastAsia" w:hAnsiTheme="majorEastAsia"/>
                <w:bCs/>
                <w:sz w:val="22"/>
              </w:rPr>
              <w:t>金額（円</w:t>
            </w:r>
            <w:proofErr w:type="spellEnd"/>
            <w:r w:rsidR="00B54D8D" w:rsidRPr="00273E83">
              <w:rPr>
                <w:rFonts w:asciiTheme="majorEastAsia" w:eastAsiaTheme="majorEastAsia" w:hAnsiTheme="majorEastAsia"/>
                <w:bCs/>
                <w:sz w:val="22"/>
              </w:rPr>
              <w:t>）</w:t>
            </w:r>
          </w:p>
        </w:tc>
      </w:tr>
      <w:tr w:rsidR="00B54D8D" w:rsidRPr="00273E83" w14:paraId="4C8C5210" w14:textId="77777777" w:rsidTr="009C75AE">
        <w:tc>
          <w:tcPr>
            <w:tcW w:w="6196" w:type="dxa"/>
          </w:tcPr>
          <w:p w14:paraId="182FD594" w14:textId="1616ADB5" w:rsidR="00B54D8D" w:rsidRPr="00273E83" w:rsidRDefault="008E20C6" w:rsidP="00ED5AA5">
            <w:pPr>
              <w:spacing w:before="280" w:after="80"/>
              <w:rPr>
                <w:rFonts w:asciiTheme="majorEastAsia" w:eastAsiaTheme="majorEastAsia" w:hAnsiTheme="majorEastAsia"/>
                <w:b/>
                <w:sz w:val="22"/>
                <w:lang w:eastAsia="zh-CN"/>
              </w:rPr>
            </w:pPr>
            <w:r>
              <w:rPr>
                <w:rFonts w:asciiTheme="majorEastAsia" w:eastAsiaTheme="majorEastAsia" w:hAnsiTheme="majorEastAsia" w:hint="eastAsia"/>
                <w:bCs/>
                <w:sz w:val="22"/>
                <w:lang w:eastAsia="zh-CN"/>
              </w:rPr>
              <w:t xml:space="preserve">　</w:t>
            </w:r>
            <w:r w:rsidR="00B54D8D" w:rsidRPr="00273E83">
              <w:rPr>
                <w:rFonts w:asciiTheme="majorEastAsia" w:eastAsiaTheme="majorEastAsia" w:hAnsiTheme="majorEastAsia" w:hint="eastAsia"/>
                <w:bCs/>
                <w:sz w:val="22"/>
                <w:lang w:eastAsia="zh-CN"/>
              </w:rPr>
              <w:t>技能検定合格証書再交付手数料</w:t>
            </w:r>
          </w:p>
        </w:tc>
        <w:tc>
          <w:tcPr>
            <w:tcW w:w="2706" w:type="dxa"/>
            <w:vAlign w:val="center"/>
          </w:tcPr>
          <w:p w14:paraId="60698E7E" w14:textId="0AF53CD4" w:rsidR="00B54D8D" w:rsidRPr="00273E83" w:rsidRDefault="00B54D8D" w:rsidP="008E20C6">
            <w:pPr>
              <w:spacing w:before="280" w:after="80"/>
              <w:ind w:firstLineChars="100" w:firstLine="220"/>
              <w:jc w:val="both"/>
              <w:rPr>
                <w:rFonts w:asciiTheme="majorEastAsia" w:eastAsiaTheme="majorEastAsia" w:hAnsiTheme="majorEastAsia" w:hint="eastAsia"/>
                <w:b/>
                <w:sz w:val="22"/>
                <w:lang w:eastAsia="ja-JP"/>
              </w:rPr>
            </w:pPr>
            <w:r>
              <w:rPr>
                <w:rFonts w:asciiTheme="majorEastAsia" w:eastAsiaTheme="majorEastAsia" w:hAnsiTheme="majorEastAsia" w:hint="eastAsia"/>
                <w:bCs/>
                <w:sz w:val="22"/>
                <w:lang w:eastAsia="ja-JP"/>
              </w:rPr>
              <w:t>２，０００円</w:t>
            </w:r>
          </w:p>
        </w:tc>
      </w:tr>
      <w:tr w:rsidR="009C75AE" w:rsidRPr="00273E83" w14:paraId="1A08E288" w14:textId="77777777" w:rsidTr="009C75AE">
        <w:tc>
          <w:tcPr>
            <w:tcW w:w="6196" w:type="dxa"/>
          </w:tcPr>
          <w:p w14:paraId="392772BC" w14:textId="4E63CA52" w:rsidR="009C75AE" w:rsidRPr="009C75AE" w:rsidRDefault="009C75AE" w:rsidP="00ED5AA5">
            <w:pPr>
              <w:spacing w:before="280" w:after="80"/>
              <w:rPr>
                <w:rFonts w:asciiTheme="majorEastAsia" w:eastAsiaTheme="majorEastAsia" w:hAnsiTheme="majorEastAsia" w:hint="eastAsia"/>
                <w:bCs/>
                <w:sz w:val="22"/>
                <w:u w:val="single"/>
                <w:lang w:eastAsia="ja-JP"/>
              </w:rPr>
            </w:pPr>
            <w:r>
              <w:rPr>
                <w:rFonts w:asciiTheme="majorEastAsia" w:eastAsiaTheme="majorEastAsia" w:hAnsiTheme="majorEastAsia" w:hint="eastAsia"/>
                <w:bCs/>
                <w:sz w:val="22"/>
                <w:lang w:eastAsia="ja-JP"/>
              </w:rPr>
              <w:t xml:space="preserve">　</w:t>
            </w:r>
            <w:r w:rsidRPr="009C75AE">
              <w:rPr>
                <w:rFonts w:asciiTheme="majorEastAsia" w:eastAsiaTheme="majorEastAsia" w:hAnsiTheme="majorEastAsia" w:hint="eastAsia"/>
                <w:bCs/>
                <w:sz w:val="22"/>
                <w:u w:val="single"/>
                <w:lang w:eastAsia="ja-JP"/>
              </w:rPr>
              <w:t>再交付申請書の送付を希望する場合は右欄に✓</w:t>
            </w:r>
          </w:p>
        </w:tc>
        <w:tc>
          <w:tcPr>
            <w:tcW w:w="2706" w:type="dxa"/>
            <w:vAlign w:val="center"/>
          </w:tcPr>
          <w:p w14:paraId="39695C5B" w14:textId="6A48E0A2" w:rsidR="009C75AE" w:rsidRDefault="009C75AE" w:rsidP="008E20C6">
            <w:pPr>
              <w:spacing w:before="280" w:after="80"/>
              <w:ind w:firstLineChars="100" w:firstLine="220"/>
              <w:jc w:val="both"/>
              <w:rPr>
                <w:rFonts w:asciiTheme="majorEastAsia" w:eastAsiaTheme="majorEastAsia" w:hAnsiTheme="majorEastAsia" w:hint="eastAsia"/>
                <w:bCs/>
                <w:sz w:val="22"/>
                <w:lang w:eastAsia="ja-JP"/>
              </w:rPr>
            </w:pPr>
            <w:r>
              <w:rPr>
                <w:rFonts w:asciiTheme="majorEastAsia" w:eastAsiaTheme="majorEastAsia" w:hAnsiTheme="majorEastAsia" w:hint="eastAsia"/>
                <w:bCs/>
                <w:sz w:val="22"/>
                <w:lang w:eastAsia="ja-JP"/>
              </w:rPr>
              <w:t>□</w:t>
            </w:r>
          </w:p>
        </w:tc>
      </w:tr>
    </w:tbl>
    <w:p w14:paraId="27347609" w14:textId="7F7550B1" w:rsidR="0041130C" w:rsidRPr="0041130C" w:rsidRDefault="00000000" w:rsidP="0041130C">
      <w:pPr>
        <w:spacing w:before="280" w:after="40"/>
        <w:rPr>
          <w:rFonts w:asciiTheme="majorEastAsia" w:eastAsiaTheme="majorEastAsia" w:hAnsiTheme="majorEastAsia"/>
          <w:sz w:val="22"/>
          <w:szCs w:val="24"/>
          <w:lang w:eastAsia="ja-JP"/>
        </w:rPr>
      </w:pPr>
      <w:r w:rsidRPr="0041130C">
        <w:rPr>
          <w:rFonts w:asciiTheme="majorEastAsia" w:eastAsiaTheme="majorEastAsia" w:hAnsiTheme="majorEastAsia"/>
          <w:b/>
          <w:sz w:val="24"/>
          <w:szCs w:val="24"/>
        </w:rPr>
        <w:t>【</w:t>
      </w:r>
      <w:proofErr w:type="spellStart"/>
      <w:r w:rsidRPr="0041130C">
        <w:rPr>
          <w:rFonts w:asciiTheme="majorEastAsia" w:eastAsiaTheme="majorEastAsia" w:hAnsiTheme="majorEastAsia"/>
          <w:b/>
          <w:sz w:val="24"/>
          <w:szCs w:val="24"/>
        </w:rPr>
        <w:t>備考</w:t>
      </w:r>
      <w:proofErr w:type="spellEnd"/>
      <w:r w:rsidRPr="0041130C">
        <w:rPr>
          <w:rFonts w:asciiTheme="majorEastAsia" w:eastAsiaTheme="majorEastAsia" w:hAnsiTheme="majorEastAsia"/>
          <w:b/>
          <w:sz w:val="24"/>
          <w:szCs w:val="24"/>
        </w:rPr>
        <w:t>】</w:t>
      </w:r>
    </w:p>
    <w:p w14:paraId="45E2AB5F" w14:textId="5E998CAA" w:rsidR="0041130C" w:rsidRPr="0041130C" w:rsidRDefault="0041130C" w:rsidP="008E20C6">
      <w:pPr>
        <w:spacing w:before="40" w:after="40"/>
        <w:ind w:firstLineChars="100" w:firstLine="240"/>
        <w:rPr>
          <w:rFonts w:asciiTheme="majorEastAsia" w:eastAsiaTheme="majorEastAsia" w:hAnsiTheme="majorEastAsia" w:hint="eastAsia"/>
          <w:sz w:val="24"/>
          <w:szCs w:val="24"/>
          <w:lang w:eastAsia="ja-JP"/>
        </w:rPr>
      </w:pPr>
      <w:r w:rsidRPr="0041130C">
        <w:rPr>
          <w:rFonts w:asciiTheme="majorEastAsia" w:eastAsiaTheme="majorEastAsia" w:hAnsiTheme="majorEastAsia" w:hint="eastAsia"/>
          <w:sz w:val="24"/>
          <w:szCs w:val="24"/>
          <w:lang w:eastAsia="ja-JP"/>
        </w:rPr>
        <w:t xml:space="preserve">１　</w:t>
      </w:r>
      <w:r w:rsidRPr="0041130C">
        <w:rPr>
          <w:rFonts w:asciiTheme="majorEastAsia" w:eastAsiaTheme="majorEastAsia" w:hAnsiTheme="majorEastAsia"/>
          <w:sz w:val="24"/>
          <w:szCs w:val="24"/>
          <w:lang w:eastAsia="ja-JP"/>
        </w:rPr>
        <w:t>送付先(申請書等の提出先)宛に</w:t>
      </w:r>
      <w:r w:rsidR="00AC4D85">
        <w:rPr>
          <w:rFonts w:asciiTheme="majorEastAsia" w:eastAsiaTheme="majorEastAsia" w:hAnsiTheme="majorEastAsia" w:hint="eastAsia"/>
          <w:sz w:val="24"/>
          <w:szCs w:val="24"/>
          <w:lang w:eastAsia="ja-JP"/>
        </w:rPr>
        <w:t>郵送</w:t>
      </w:r>
      <w:r w:rsidR="00AC4D85" w:rsidRPr="0041130C">
        <w:rPr>
          <w:rFonts w:asciiTheme="majorEastAsia" w:eastAsiaTheme="majorEastAsia" w:hAnsiTheme="majorEastAsia"/>
          <w:sz w:val="24"/>
          <w:szCs w:val="24"/>
          <w:lang w:eastAsia="ja-JP"/>
        </w:rPr>
        <w:t>又は</w:t>
      </w:r>
      <w:r w:rsidR="00AC4D85">
        <w:rPr>
          <w:rFonts w:asciiTheme="majorEastAsia" w:eastAsiaTheme="majorEastAsia" w:hAnsiTheme="majorEastAsia" w:hint="eastAsia"/>
          <w:sz w:val="24"/>
          <w:szCs w:val="24"/>
          <w:lang w:eastAsia="ja-JP"/>
        </w:rPr>
        <w:t>持参により提出して</w:t>
      </w:r>
      <w:r w:rsidRPr="0041130C">
        <w:rPr>
          <w:rFonts w:asciiTheme="majorEastAsia" w:eastAsiaTheme="majorEastAsia" w:hAnsiTheme="majorEastAsia"/>
          <w:sz w:val="24"/>
          <w:szCs w:val="24"/>
          <w:lang w:eastAsia="ja-JP"/>
        </w:rPr>
        <w:t>ください。</w:t>
      </w:r>
    </w:p>
    <w:p w14:paraId="09EF40FB" w14:textId="73EDDCB0" w:rsidR="009C75AE" w:rsidRPr="0041130C" w:rsidRDefault="008E20C6" w:rsidP="0041130C">
      <w:pPr>
        <w:spacing w:before="40" w:after="40"/>
        <w:ind w:firstLineChars="100" w:firstLine="240"/>
        <w:rPr>
          <w:rFonts w:asciiTheme="majorEastAsia" w:eastAsiaTheme="majorEastAsia" w:hAnsiTheme="majorEastAsia" w:hint="eastAsia"/>
          <w:sz w:val="24"/>
          <w:szCs w:val="24"/>
          <w:lang w:eastAsia="ja-JP"/>
        </w:rPr>
      </w:pPr>
      <w:r>
        <w:rPr>
          <w:rFonts w:asciiTheme="majorEastAsia" w:eastAsiaTheme="majorEastAsia" w:hAnsiTheme="majorEastAsia" w:hint="eastAsia"/>
          <w:sz w:val="24"/>
          <w:szCs w:val="24"/>
          <w:lang w:eastAsia="ja-JP"/>
        </w:rPr>
        <w:t>２</w:t>
      </w:r>
      <w:r w:rsidR="0041130C" w:rsidRPr="0041130C">
        <w:rPr>
          <w:rFonts w:asciiTheme="majorEastAsia" w:eastAsiaTheme="majorEastAsia" w:hAnsiTheme="majorEastAsia" w:hint="eastAsia"/>
          <w:sz w:val="24"/>
          <w:szCs w:val="24"/>
          <w:lang w:eastAsia="ja-JP"/>
        </w:rPr>
        <w:t xml:space="preserve">　</w:t>
      </w:r>
      <w:r w:rsidR="0041130C" w:rsidRPr="0041130C">
        <w:rPr>
          <w:rFonts w:asciiTheme="majorEastAsia" w:eastAsiaTheme="majorEastAsia" w:hAnsiTheme="majorEastAsia"/>
          <w:sz w:val="24"/>
          <w:szCs w:val="24"/>
          <w:lang w:eastAsia="ja-JP"/>
        </w:rPr>
        <w:t>納付書</w:t>
      </w:r>
      <w:r>
        <w:rPr>
          <w:rFonts w:asciiTheme="majorEastAsia" w:eastAsiaTheme="majorEastAsia" w:hAnsiTheme="majorEastAsia" w:hint="eastAsia"/>
          <w:sz w:val="24"/>
          <w:szCs w:val="24"/>
          <w:lang w:eastAsia="ja-JP"/>
        </w:rPr>
        <w:t>には</w:t>
      </w:r>
      <w:r w:rsidR="0041130C" w:rsidRPr="0041130C">
        <w:rPr>
          <w:rFonts w:asciiTheme="majorEastAsia" w:eastAsiaTheme="majorEastAsia" w:hAnsiTheme="majorEastAsia"/>
          <w:sz w:val="24"/>
          <w:szCs w:val="24"/>
          <w:lang w:eastAsia="ja-JP"/>
        </w:rPr>
        <w:t>使用期限(納期限)</w:t>
      </w:r>
      <w:r>
        <w:rPr>
          <w:rFonts w:asciiTheme="majorEastAsia" w:eastAsiaTheme="majorEastAsia" w:hAnsiTheme="majorEastAsia" w:hint="eastAsia"/>
          <w:sz w:val="24"/>
          <w:szCs w:val="24"/>
          <w:lang w:eastAsia="ja-JP"/>
        </w:rPr>
        <w:t>がありますので、ご注意ください。</w:t>
      </w:r>
    </w:p>
    <w:p w14:paraId="303BFD32" w14:textId="0FBF3010" w:rsidR="008D5C3A" w:rsidRPr="0041130C" w:rsidRDefault="008D5C3A" w:rsidP="0041130C">
      <w:pPr>
        <w:spacing w:before="80" w:after="40"/>
        <w:ind w:firstLineChars="200" w:firstLine="480"/>
        <w:rPr>
          <w:rFonts w:asciiTheme="majorEastAsia" w:eastAsiaTheme="majorEastAsia" w:hAnsiTheme="majorEastAsia"/>
          <w:sz w:val="24"/>
          <w:szCs w:val="24"/>
          <w:lang w:eastAsia="ja-JP"/>
        </w:rPr>
      </w:pPr>
    </w:p>
    <w:sectPr w:rsidR="008D5C3A" w:rsidRPr="0041130C" w:rsidSect="00273E83">
      <w:pgSz w:w="11909" w:h="16834"/>
      <w:pgMar w:top="1134" w:right="1134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FC45F9" w14:textId="77777777" w:rsidR="00553A87" w:rsidRDefault="00553A87" w:rsidP="0041130C">
      <w:pPr>
        <w:spacing w:after="0" w:line="240" w:lineRule="auto"/>
      </w:pPr>
      <w:r>
        <w:separator/>
      </w:r>
    </w:p>
  </w:endnote>
  <w:endnote w:type="continuationSeparator" w:id="0">
    <w:p w14:paraId="552F96B8" w14:textId="77777777" w:rsidR="00553A87" w:rsidRDefault="00553A87" w:rsidP="004113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DA664" w14:textId="77777777" w:rsidR="00553A87" w:rsidRDefault="00553A87" w:rsidP="0041130C">
      <w:pPr>
        <w:spacing w:after="0" w:line="240" w:lineRule="auto"/>
      </w:pPr>
      <w:r>
        <w:separator/>
      </w:r>
    </w:p>
  </w:footnote>
  <w:footnote w:type="continuationSeparator" w:id="0">
    <w:p w14:paraId="5790AD47" w14:textId="77777777" w:rsidR="00553A87" w:rsidRDefault="00553A87" w:rsidP="004113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71601066">
    <w:abstractNumId w:val="8"/>
  </w:num>
  <w:num w:numId="2" w16cid:durableId="239297264">
    <w:abstractNumId w:val="6"/>
  </w:num>
  <w:num w:numId="3" w16cid:durableId="2096973693">
    <w:abstractNumId w:val="5"/>
  </w:num>
  <w:num w:numId="4" w16cid:durableId="551648776">
    <w:abstractNumId w:val="4"/>
  </w:num>
  <w:num w:numId="5" w16cid:durableId="1149175147">
    <w:abstractNumId w:val="7"/>
  </w:num>
  <w:num w:numId="6" w16cid:durableId="878056133">
    <w:abstractNumId w:val="3"/>
  </w:num>
  <w:num w:numId="7" w16cid:durableId="2039624752">
    <w:abstractNumId w:val="2"/>
  </w:num>
  <w:num w:numId="8" w16cid:durableId="1201699421">
    <w:abstractNumId w:val="1"/>
  </w:num>
  <w:num w:numId="9" w16cid:durableId="17361984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cumentProtection w:edit="readOnly" w:enforcement="0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2CF7"/>
    <w:rsid w:val="00034616"/>
    <w:rsid w:val="0006063C"/>
    <w:rsid w:val="000D52F4"/>
    <w:rsid w:val="0015074B"/>
    <w:rsid w:val="001C3D63"/>
    <w:rsid w:val="00273E83"/>
    <w:rsid w:val="0029639D"/>
    <w:rsid w:val="002E404B"/>
    <w:rsid w:val="00326F90"/>
    <w:rsid w:val="00340571"/>
    <w:rsid w:val="003B6CA7"/>
    <w:rsid w:val="0041130C"/>
    <w:rsid w:val="00553A87"/>
    <w:rsid w:val="006906E4"/>
    <w:rsid w:val="008D5C3A"/>
    <w:rsid w:val="008E20C6"/>
    <w:rsid w:val="0093375D"/>
    <w:rsid w:val="009C75AE"/>
    <w:rsid w:val="00AA1D8D"/>
    <w:rsid w:val="00AC4D85"/>
    <w:rsid w:val="00B47730"/>
    <w:rsid w:val="00B54D8D"/>
    <w:rsid w:val="00B8093F"/>
    <w:rsid w:val="00B85173"/>
    <w:rsid w:val="00BC4374"/>
    <w:rsid w:val="00CB0664"/>
    <w:rsid w:val="00DF4AB5"/>
    <w:rsid w:val="00ED5AA5"/>
    <w:rsid w:val="00F61A26"/>
    <w:rsid w:val="00F70E3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FA779F"/>
  <w14:defaultImageDpi w14:val="300"/>
  <w15:docId w15:val="{8C6E7A32-0A3F-4266-8EAC-11AC900F1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游明朝" w:eastAsia="游明朝" w:hAnsi="游明朝"/>
      <w:color w:val="000000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oohama yuusuke</cp:lastModifiedBy>
  <cp:revision>7</cp:revision>
  <dcterms:created xsi:type="dcterms:W3CDTF">2026-07-24T08:14:00Z</dcterms:created>
  <dcterms:modified xsi:type="dcterms:W3CDTF">2026-09-17T01:26:00Z</dcterms:modified>
  <cp:category/>
</cp:coreProperties>
</file>