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F0D71" w14:textId="1256D8FF" w:rsidR="008D5C3A" w:rsidRPr="00273E83" w:rsidRDefault="00273E83">
      <w:pPr>
        <w:jc w:val="righ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sz w:val="20"/>
          <w:lang w:eastAsia="ja-JP"/>
        </w:rPr>
        <w:t xml:space="preserve">令和　</w:t>
      </w:r>
      <w:r w:rsidRPr="00273E83">
        <w:rPr>
          <w:rFonts w:asciiTheme="majorEastAsia" w:eastAsiaTheme="majorEastAsia" w:hAnsiTheme="majorEastAsia"/>
          <w:sz w:val="20"/>
        </w:rPr>
        <w:t>年</w:t>
      </w:r>
      <w:r>
        <w:rPr>
          <w:rFonts w:asciiTheme="majorEastAsia" w:eastAsiaTheme="majorEastAsia" w:hAnsiTheme="majorEastAsia" w:hint="eastAsia"/>
          <w:sz w:val="20"/>
          <w:lang w:eastAsia="ja-JP"/>
        </w:rPr>
        <w:t xml:space="preserve">　　</w:t>
      </w:r>
      <w:r w:rsidRPr="00273E83">
        <w:rPr>
          <w:rFonts w:asciiTheme="majorEastAsia" w:eastAsiaTheme="majorEastAsia" w:hAnsiTheme="majorEastAsia"/>
          <w:sz w:val="20"/>
        </w:rPr>
        <w:t>月</w:t>
      </w:r>
      <w:r>
        <w:rPr>
          <w:rFonts w:asciiTheme="majorEastAsia" w:eastAsiaTheme="majorEastAsia" w:hAnsiTheme="majorEastAsia" w:hint="eastAsia"/>
          <w:sz w:val="20"/>
          <w:lang w:eastAsia="ja-JP"/>
        </w:rPr>
        <w:t xml:space="preserve">　　</w:t>
      </w:r>
      <w:r w:rsidRPr="00273E83">
        <w:rPr>
          <w:rFonts w:asciiTheme="majorEastAsia" w:eastAsiaTheme="majorEastAsia" w:hAnsiTheme="majorEastAsia"/>
          <w:sz w:val="20"/>
        </w:rPr>
        <w:t>日</w:t>
      </w:r>
    </w:p>
    <w:p w14:paraId="16836994" w14:textId="77777777" w:rsidR="008D5C3A" w:rsidRPr="00273E83" w:rsidRDefault="00000000">
      <w:pPr>
        <w:spacing w:before="240" w:after="360"/>
        <w:jc w:val="center"/>
        <w:rPr>
          <w:rFonts w:asciiTheme="majorEastAsia" w:eastAsiaTheme="majorEastAsia" w:hAnsiTheme="majorEastAsia"/>
          <w:lang w:eastAsia="ja-JP"/>
        </w:rPr>
      </w:pPr>
      <w:r w:rsidRPr="00273E83">
        <w:rPr>
          <w:rFonts w:asciiTheme="majorEastAsia" w:eastAsiaTheme="majorEastAsia" w:hAnsiTheme="majorEastAsia"/>
          <w:b/>
          <w:sz w:val="36"/>
          <w:lang w:eastAsia="ja-JP"/>
        </w:rPr>
        <w:t>納付書 送付依頼書</w:t>
      </w:r>
    </w:p>
    <w:p w14:paraId="4A761378" w14:textId="6860525B" w:rsidR="008D5C3A" w:rsidRPr="00DE6AF5" w:rsidRDefault="00000000">
      <w:pPr>
        <w:spacing w:before="240" w:after="80"/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DE6AF5">
        <w:rPr>
          <w:rFonts w:asciiTheme="majorEastAsia" w:eastAsiaTheme="majorEastAsia" w:hAnsiTheme="majorEastAsia"/>
          <w:b/>
          <w:sz w:val="24"/>
          <w:szCs w:val="24"/>
          <w:lang w:eastAsia="ja-JP"/>
        </w:rPr>
        <w:t>【依頼書送付先(申請書等の提出先)】</w:t>
      </w:r>
    </w:p>
    <w:tbl>
      <w:tblPr>
        <w:tblStyle w:val="afe"/>
        <w:tblW w:w="7371" w:type="dxa"/>
        <w:tblInd w:w="392" w:type="dxa"/>
        <w:tblLook w:val="04A0" w:firstRow="1" w:lastRow="0" w:firstColumn="1" w:lastColumn="0" w:noHBand="0" w:noVBand="1"/>
      </w:tblPr>
      <w:tblGrid>
        <w:gridCol w:w="7371"/>
      </w:tblGrid>
      <w:tr w:rsidR="00BA5179" w:rsidRPr="00273E83" w14:paraId="580B6823" w14:textId="43E9BD2B" w:rsidTr="00BA5179">
        <w:trPr>
          <w:trHeight w:hRule="exact" w:val="567"/>
        </w:trPr>
        <w:tc>
          <w:tcPr>
            <w:tcW w:w="7371" w:type="dxa"/>
            <w:vAlign w:val="center"/>
          </w:tcPr>
          <w:p w14:paraId="2F78EF93" w14:textId="65397592" w:rsidR="00BA5179" w:rsidRDefault="00BA5179" w:rsidP="005708ED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徳島県経済産業部産業人材課（088-621-2351）</w:t>
            </w:r>
          </w:p>
          <w:p w14:paraId="69DCD605" w14:textId="225653C7" w:rsidR="00BA5179" w:rsidRPr="00273E83" w:rsidRDefault="00BA5179" w:rsidP="005708ED">
            <w:pPr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（</w:t>
            </w:r>
            <w:r w:rsidRPr="005708ED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〒770-</w:t>
            </w:r>
            <w:r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8570徳島市万代町１丁目１番地）</w:t>
            </w:r>
          </w:p>
        </w:tc>
      </w:tr>
    </w:tbl>
    <w:p w14:paraId="77B82C45" w14:textId="77777777" w:rsidR="008D5C3A" w:rsidRPr="00DE6AF5" w:rsidRDefault="00000000">
      <w:pPr>
        <w:spacing w:before="280" w:after="80"/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DE6AF5">
        <w:rPr>
          <w:rFonts w:asciiTheme="majorEastAsia" w:eastAsiaTheme="majorEastAsia" w:hAnsiTheme="majorEastAsia"/>
          <w:b/>
          <w:sz w:val="24"/>
          <w:szCs w:val="24"/>
        </w:rPr>
        <w:t>【</w:t>
      </w:r>
      <w:proofErr w:type="spellStart"/>
      <w:r w:rsidRPr="00DE6AF5">
        <w:rPr>
          <w:rFonts w:asciiTheme="majorEastAsia" w:eastAsiaTheme="majorEastAsia" w:hAnsiTheme="majorEastAsia"/>
          <w:b/>
          <w:sz w:val="24"/>
          <w:szCs w:val="24"/>
        </w:rPr>
        <w:t>申請者</w:t>
      </w:r>
      <w:proofErr w:type="spellEnd"/>
      <w:r w:rsidRPr="00DE6AF5">
        <w:rPr>
          <w:rFonts w:asciiTheme="majorEastAsia" w:eastAsiaTheme="majorEastAsia" w:hAnsiTheme="majorEastAsia"/>
          <w:b/>
          <w:sz w:val="24"/>
          <w:szCs w:val="24"/>
        </w:rPr>
        <w:t>】</w:t>
      </w:r>
    </w:p>
    <w:tbl>
      <w:tblPr>
        <w:tblStyle w:val="afe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7059"/>
      </w:tblGrid>
      <w:tr w:rsidR="00273E83" w:rsidRPr="00273E83" w14:paraId="64DB1D45" w14:textId="77777777" w:rsidTr="00D640EC">
        <w:trPr>
          <w:trHeight w:hRule="exact" w:val="567"/>
        </w:trPr>
        <w:tc>
          <w:tcPr>
            <w:tcW w:w="1843" w:type="dxa"/>
          </w:tcPr>
          <w:p w14:paraId="3E150EAA" w14:textId="51AD3115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D640EC">
              <w:rPr>
                <w:rFonts w:asciiTheme="majorEastAsia" w:eastAsiaTheme="majorEastAsia" w:hAnsiTheme="majorEastAsia"/>
                <w:spacing w:val="56"/>
                <w:sz w:val="22"/>
                <w:fitText w:val="1050" w:id="-406574336"/>
              </w:rPr>
              <w:t>郵便番</w:t>
            </w:r>
            <w:r w:rsidRPr="00D640EC">
              <w:rPr>
                <w:rFonts w:asciiTheme="majorEastAsia" w:eastAsiaTheme="majorEastAsia" w:hAnsiTheme="majorEastAsia"/>
                <w:spacing w:val="2"/>
                <w:sz w:val="22"/>
                <w:fitText w:val="1050" w:id="-406574336"/>
              </w:rPr>
              <w:t>号</w:t>
            </w:r>
            <w:proofErr w:type="spellEnd"/>
          </w:p>
        </w:tc>
        <w:tc>
          <w:tcPr>
            <w:tcW w:w="7059" w:type="dxa"/>
          </w:tcPr>
          <w:p w14:paraId="48E06DA5" w14:textId="1025F16F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/>
                <w:sz w:val="22"/>
              </w:rPr>
              <w:t>〒</w:t>
            </w:r>
          </w:p>
        </w:tc>
      </w:tr>
      <w:tr w:rsidR="00273E83" w:rsidRPr="00273E83" w14:paraId="27948189" w14:textId="77777777" w:rsidTr="00D640EC">
        <w:trPr>
          <w:trHeight w:hRule="exact" w:val="567"/>
        </w:trPr>
        <w:tc>
          <w:tcPr>
            <w:tcW w:w="1843" w:type="dxa"/>
          </w:tcPr>
          <w:p w14:paraId="44FEC119" w14:textId="5AA7E5FC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pacing w:val="610"/>
                <w:sz w:val="22"/>
                <w:fitText w:val="1050" w:id="-406574335"/>
              </w:rPr>
              <w:t>住</w:t>
            </w:r>
            <w:r w:rsidRPr="00273E83">
              <w:rPr>
                <w:rFonts w:asciiTheme="majorEastAsia" w:eastAsiaTheme="majorEastAsia" w:hAnsiTheme="majorEastAsia"/>
                <w:sz w:val="22"/>
                <w:fitText w:val="1050" w:id="-406574335"/>
              </w:rPr>
              <w:t>所</w:t>
            </w:r>
            <w:proofErr w:type="spellEnd"/>
          </w:p>
        </w:tc>
        <w:tc>
          <w:tcPr>
            <w:tcW w:w="7059" w:type="dxa"/>
          </w:tcPr>
          <w:p w14:paraId="7C42BE89" w14:textId="77777777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  <w:tr w:rsidR="00273E83" w:rsidRPr="00273E83" w14:paraId="2603F1B2" w14:textId="77777777" w:rsidTr="00D640EC">
        <w:trPr>
          <w:trHeight w:hRule="exact" w:val="567"/>
        </w:trPr>
        <w:tc>
          <w:tcPr>
            <w:tcW w:w="1843" w:type="dxa"/>
          </w:tcPr>
          <w:p w14:paraId="073A30AD" w14:textId="3B9447D1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pacing w:val="56"/>
                <w:sz w:val="22"/>
                <w:fitText w:val="1050" w:id="-406574334"/>
              </w:rPr>
              <w:t>ふりが</w:t>
            </w:r>
            <w:r w:rsidRPr="00273E83">
              <w:rPr>
                <w:rFonts w:asciiTheme="majorEastAsia" w:eastAsiaTheme="majorEastAsia" w:hAnsiTheme="majorEastAsia"/>
                <w:spacing w:val="2"/>
                <w:sz w:val="22"/>
                <w:fitText w:val="1050" w:id="-406574334"/>
              </w:rPr>
              <w:t>な</w:t>
            </w:r>
            <w:proofErr w:type="spellEnd"/>
          </w:p>
        </w:tc>
        <w:tc>
          <w:tcPr>
            <w:tcW w:w="7059" w:type="dxa"/>
          </w:tcPr>
          <w:p w14:paraId="5E6A1066" w14:textId="77777777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  <w:tr w:rsidR="00273E83" w:rsidRPr="00273E83" w14:paraId="63FDDED4" w14:textId="77777777" w:rsidTr="00D640EC">
        <w:trPr>
          <w:trHeight w:hRule="exact" w:val="567"/>
        </w:trPr>
        <w:tc>
          <w:tcPr>
            <w:tcW w:w="1843" w:type="dxa"/>
          </w:tcPr>
          <w:p w14:paraId="005C0EF0" w14:textId="6C9C63DE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z w:val="22"/>
              </w:rPr>
              <w:t>申請者氏名</w:t>
            </w:r>
            <w:proofErr w:type="spellEnd"/>
          </w:p>
        </w:tc>
        <w:tc>
          <w:tcPr>
            <w:tcW w:w="7059" w:type="dxa"/>
          </w:tcPr>
          <w:p w14:paraId="66B5B56C" w14:textId="77777777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  <w:tr w:rsidR="00273E83" w:rsidRPr="00273E83" w14:paraId="480C3925" w14:textId="77777777" w:rsidTr="00D640EC">
        <w:trPr>
          <w:trHeight w:hRule="exact" w:val="567"/>
        </w:trPr>
        <w:tc>
          <w:tcPr>
            <w:tcW w:w="1843" w:type="dxa"/>
          </w:tcPr>
          <w:p w14:paraId="1D5A5724" w14:textId="177B0AA2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spacing w:val="56"/>
                <w:sz w:val="22"/>
                <w:fitText w:val="1050" w:id="-406574333"/>
              </w:rPr>
              <w:t>電話番</w:t>
            </w:r>
            <w:r w:rsidRPr="00273E83">
              <w:rPr>
                <w:rFonts w:asciiTheme="majorEastAsia" w:eastAsiaTheme="majorEastAsia" w:hAnsiTheme="majorEastAsia"/>
                <w:spacing w:val="2"/>
                <w:sz w:val="22"/>
                <w:fitText w:val="1050" w:id="-406574333"/>
              </w:rPr>
              <w:t>号</w:t>
            </w:r>
            <w:proofErr w:type="spellEnd"/>
          </w:p>
        </w:tc>
        <w:tc>
          <w:tcPr>
            <w:tcW w:w="7059" w:type="dxa"/>
          </w:tcPr>
          <w:p w14:paraId="2DCDB7AD" w14:textId="77777777" w:rsidR="00273E83" w:rsidRPr="00273E83" w:rsidRDefault="00273E83">
            <w:pPr>
              <w:spacing w:before="280" w:after="80"/>
              <w:rPr>
                <w:rFonts w:asciiTheme="majorEastAsia" w:eastAsiaTheme="majorEastAsia" w:hAnsiTheme="majorEastAsia"/>
                <w:sz w:val="22"/>
                <w:lang w:eastAsia="ja-JP"/>
              </w:rPr>
            </w:pPr>
          </w:p>
        </w:tc>
      </w:tr>
    </w:tbl>
    <w:p w14:paraId="2EB9CB65" w14:textId="485B70A9" w:rsidR="008D5C3A" w:rsidRPr="00DE6AF5" w:rsidRDefault="00000000">
      <w:pPr>
        <w:spacing w:before="280" w:after="80"/>
        <w:rPr>
          <w:rFonts w:asciiTheme="majorEastAsia" w:eastAsiaTheme="majorEastAsia" w:hAnsiTheme="majorEastAsia"/>
          <w:b/>
          <w:sz w:val="24"/>
          <w:szCs w:val="24"/>
          <w:lang w:eastAsia="ja-JP"/>
        </w:rPr>
      </w:pPr>
      <w:r w:rsidRPr="00DE6AF5">
        <w:rPr>
          <w:rFonts w:asciiTheme="majorEastAsia" w:eastAsiaTheme="majorEastAsia" w:hAnsiTheme="majorEastAsia"/>
          <w:b/>
          <w:sz w:val="24"/>
          <w:szCs w:val="24"/>
        </w:rPr>
        <w:t>【</w:t>
      </w:r>
      <w:r w:rsidR="00BA5179">
        <w:rPr>
          <w:rFonts w:asciiTheme="majorEastAsia" w:eastAsiaTheme="majorEastAsia" w:hAnsiTheme="majorEastAsia" w:hint="eastAsia"/>
          <w:b/>
          <w:sz w:val="24"/>
          <w:szCs w:val="24"/>
          <w:lang w:eastAsia="ja-JP"/>
        </w:rPr>
        <w:t>申請</w:t>
      </w:r>
      <w:proofErr w:type="spellStart"/>
      <w:r w:rsidRPr="00DE6AF5">
        <w:rPr>
          <w:rFonts w:asciiTheme="majorEastAsia" w:eastAsiaTheme="majorEastAsia" w:hAnsiTheme="majorEastAsia"/>
          <w:b/>
          <w:sz w:val="24"/>
          <w:szCs w:val="24"/>
        </w:rPr>
        <w:t>内容</w:t>
      </w:r>
      <w:proofErr w:type="spellEnd"/>
      <w:r w:rsidRPr="00DE6AF5">
        <w:rPr>
          <w:rFonts w:asciiTheme="majorEastAsia" w:eastAsiaTheme="majorEastAsia" w:hAnsiTheme="majorEastAsia"/>
          <w:b/>
          <w:sz w:val="24"/>
          <w:szCs w:val="24"/>
        </w:rPr>
        <w:t>】</w:t>
      </w:r>
    </w:p>
    <w:tbl>
      <w:tblPr>
        <w:tblStyle w:val="afe"/>
        <w:tblW w:w="0" w:type="auto"/>
        <w:tblInd w:w="392" w:type="dxa"/>
        <w:tblLook w:val="04A0" w:firstRow="1" w:lastRow="0" w:firstColumn="1" w:lastColumn="0" w:noHBand="0" w:noVBand="1"/>
      </w:tblPr>
      <w:tblGrid>
        <w:gridCol w:w="5245"/>
        <w:gridCol w:w="2126"/>
      </w:tblGrid>
      <w:tr w:rsidR="00BA5179" w:rsidRPr="00273E83" w14:paraId="03C8AFEA" w14:textId="77777777" w:rsidTr="00D640EC">
        <w:trPr>
          <w:trHeight w:hRule="exact" w:val="567"/>
        </w:trPr>
        <w:tc>
          <w:tcPr>
            <w:tcW w:w="5245" w:type="dxa"/>
          </w:tcPr>
          <w:p w14:paraId="18B50912" w14:textId="37780C57" w:rsidR="00BA5179" w:rsidRPr="00273E83" w:rsidRDefault="00BA5179" w:rsidP="00273E83">
            <w:pPr>
              <w:spacing w:before="280" w:after="80"/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  <w:t>使用料又は手数料の名称</w:t>
            </w:r>
          </w:p>
        </w:tc>
        <w:tc>
          <w:tcPr>
            <w:tcW w:w="2126" w:type="dxa"/>
          </w:tcPr>
          <w:p w14:paraId="7429A505" w14:textId="137E3089" w:rsidR="00BA5179" w:rsidRPr="00273E83" w:rsidRDefault="00BA5179" w:rsidP="00273E83">
            <w:pPr>
              <w:spacing w:before="280" w:after="80"/>
              <w:rPr>
                <w:rFonts w:asciiTheme="majorEastAsia" w:eastAsiaTheme="majorEastAsia" w:hAnsiTheme="majorEastAsia"/>
                <w:bCs/>
                <w:sz w:val="22"/>
                <w:lang w:eastAsia="ja-JP"/>
              </w:rPr>
            </w:pPr>
            <w:proofErr w:type="spellStart"/>
            <w:r w:rsidRPr="00273E83">
              <w:rPr>
                <w:rFonts w:asciiTheme="majorEastAsia" w:eastAsiaTheme="majorEastAsia" w:hAnsiTheme="majorEastAsia"/>
                <w:bCs/>
                <w:sz w:val="22"/>
              </w:rPr>
              <w:t>金額（円</w:t>
            </w:r>
            <w:proofErr w:type="spellEnd"/>
            <w:r w:rsidRPr="00273E83">
              <w:rPr>
                <w:rFonts w:asciiTheme="majorEastAsia" w:eastAsiaTheme="majorEastAsia" w:hAnsiTheme="majorEastAsia"/>
                <w:bCs/>
                <w:sz w:val="22"/>
              </w:rPr>
              <w:t>）</w:t>
            </w:r>
          </w:p>
        </w:tc>
      </w:tr>
      <w:tr w:rsidR="00BA5179" w:rsidRPr="00273E83" w14:paraId="01FDEE39" w14:textId="77777777" w:rsidTr="005708ED">
        <w:trPr>
          <w:trHeight w:hRule="exact" w:val="567"/>
        </w:trPr>
        <w:tc>
          <w:tcPr>
            <w:tcW w:w="5245" w:type="dxa"/>
          </w:tcPr>
          <w:p w14:paraId="45116246" w14:textId="5086CB8F" w:rsidR="00BA5179" w:rsidRPr="00273E83" w:rsidRDefault="00BA5179" w:rsidP="005708ED">
            <w:pPr>
              <w:spacing w:before="280" w:after="80"/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  <w:lang w:eastAsia="ja-JP"/>
              </w:rPr>
              <w:t>職業訓練指導員免許証</w:t>
            </w:r>
            <w:r w:rsidR="007F37F0">
              <w:rPr>
                <w:rFonts w:asciiTheme="majorEastAsia" w:eastAsiaTheme="majorEastAsia" w:hAnsiTheme="majorEastAsia" w:hint="eastAsia"/>
                <w:b/>
                <w:sz w:val="22"/>
                <w:lang w:eastAsia="ja-JP"/>
              </w:rPr>
              <w:t>再</w:t>
            </w:r>
            <w:r>
              <w:rPr>
                <w:rFonts w:asciiTheme="majorEastAsia" w:eastAsiaTheme="majorEastAsia" w:hAnsiTheme="majorEastAsia" w:hint="eastAsia"/>
                <w:b/>
                <w:sz w:val="22"/>
                <w:lang w:eastAsia="ja-JP"/>
              </w:rPr>
              <w:t>交付申請</w:t>
            </w:r>
          </w:p>
        </w:tc>
        <w:tc>
          <w:tcPr>
            <w:tcW w:w="2126" w:type="dxa"/>
          </w:tcPr>
          <w:p w14:paraId="46F3EF18" w14:textId="4354DF01" w:rsidR="00BA5179" w:rsidRPr="00273E83" w:rsidRDefault="00BA5179" w:rsidP="005708ED">
            <w:pPr>
              <w:spacing w:before="280" w:after="80"/>
              <w:ind w:firstLineChars="100" w:firstLine="220"/>
              <w:rPr>
                <w:rFonts w:asciiTheme="majorEastAsia" w:eastAsiaTheme="majorEastAsia" w:hAnsiTheme="majorEastAsia"/>
                <w:b/>
                <w:sz w:val="22"/>
                <w:lang w:eastAsia="ja-JP"/>
              </w:rPr>
            </w:pPr>
            <w:r w:rsidRPr="00273E83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２，</w:t>
            </w:r>
            <w:r w:rsidR="007F37F0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０</w:t>
            </w:r>
            <w:r w:rsidRPr="00273E83">
              <w:rPr>
                <w:rFonts w:asciiTheme="majorEastAsia" w:eastAsiaTheme="majorEastAsia" w:hAnsiTheme="majorEastAsia" w:hint="eastAsia"/>
                <w:sz w:val="22"/>
                <w:lang w:eastAsia="ja-JP"/>
              </w:rPr>
              <w:t>００円</w:t>
            </w:r>
          </w:p>
        </w:tc>
      </w:tr>
    </w:tbl>
    <w:p w14:paraId="76A7D123" w14:textId="67A4BEA4" w:rsidR="00034813" w:rsidRPr="00C84D6C" w:rsidRDefault="00034813" w:rsidP="00DE6AF5">
      <w:pPr>
        <w:spacing w:before="280" w:after="40"/>
        <w:ind w:leftChars="100" w:left="420" w:hangingChars="100" w:hanging="210"/>
        <w:rPr>
          <w:rFonts w:asciiTheme="majorEastAsia" w:eastAsiaTheme="majorEastAsia" w:hAnsiTheme="majorEastAsia"/>
          <w:bCs/>
          <w:szCs w:val="21"/>
          <w:lang w:eastAsia="ja-JP"/>
        </w:rPr>
      </w:pPr>
      <w:r w:rsidRPr="00C84D6C">
        <w:rPr>
          <w:rFonts w:asciiTheme="majorEastAsia" w:eastAsiaTheme="majorEastAsia" w:hAnsiTheme="majorEastAsia" w:hint="eastAsia"/>
          <w:bCs/>
          <w:szCs w:val="21"/>
          <w:lang w:eastAsia="ja-JP"/>
        </w:rPr>
        <w:t>※</w:t>
      </w:r>
      <w:r w:rsidR="00237395">
        <w:rPr>
          <w:rFonts w:asciiTheme="majorEastAsia" w:eastAsiaTheme="majorEastAsia" w:hAnsiTheme="majorEastAsia" w:hint="eastAsia"/>
          <w:bCs/>
          <w:szCs w:val="21"/>
          <w:lang w:eastAsia="ja-JP"/>
        </w:rPr>
        <w:t>申請内容を</w:t>
      </w:r>
      <w:r w:rsidR="00BA5179">
        <w:rPr>
          <w:rFonts w:asciiTheme="majorEastAsia" w:eastAsiaTheme="majorEastAsia" w:hAnsiTheme="majorEastAsia" w:hint="eastAsia"/>
          <w:bCs/>
          <w:szCs w:val="21"/>
          <w:lang w:eastAsia="ja-JP"/>
        </w:rPr>
        <w:t>誤って納付された場合でも</w:t>
      </w:r>
      <w:r w:rsidR="00A60773">
        <w:rPr>
          <w:rFonts w:asciiTheme="majorEastAsia" w:eastAsiaTheme="majorEastAsia" w:hAnsiTheme="majorEastAsia" w:hint="eastAsia"/>
          <w:bCs/>
          <w:szCs w:val="21"/>
          <w:lang w:eastAsia="ja-JP"/>
        </w:rPr>
        <w:t>返還しませんので</w:t>
      </w:r>
      <w:r w:rsidR="00BA5179">
        <w:rPr>
          <w:rFonts w:asciiTheme="majorEastAsia" w:eastAsiaTheme="majorEastAsia" w:hAnsiTheme="majorEastAsia" w:hint="eastAsia"/>
          <w:bCs/>
          <w:szCs w:val="21"/>
          <w:lang w:eastAsia="ja-JP"/>
        </w:rPr>
        <w:t>、申請内容を必ずご確認ください。</w:t>
      </w:r>
    </w:p>
    <w:p w14:paraId="45444093" w14:textId="77777777" w:rsidR="00DE6AF5" w:rsidRPr="0041130C" w:rsidRDefault="00DE6AF5" w:rsidP="00DE6AF5">
      <w:pPr>
        <w:spacing w:before="280" w:after="40"/>
        <w:rPr>
          <w:rFonts w:asciiTheme="majorEastAsia" w:eastAsiaTheme="majorEastAsia" w:hAnsiTheme="majorEastAsia"/>
          <w:sz w:val="22"/>
          <w:szCs w:val="24"/>
          <w:lang w:eastAsia="ja-JP"/>
        </w:rPr>
      </w:pPr>
      <w:r w:rsidRPr="0041130C">
        <w:rPr>
          <w:rFonts w:asciiTheme="majorEastAsia" w:eastAsiaTheme="majorEastAsia" w:hAnsiTheme="majorEastAsia"/>
          <w:b/>
          <w:sz w:val="24"/>
          <w:szCs w:val="24"/>
          <w:lang w:eastAsia="ja-JP"/>
        </w:rPr>
        <w:t>【備考】</w:t>
      </w:r>
    </w:p>
    <w:p w14:paraId="666E3300" w14:textId="67C32E20" w:rsidR="00DE6AF5" w:rsidRPr="0041130C" w:rsidRDefault="00DE6AF5" w:rsidP="00DE6AF5">
      <w:pPr>
        <w:spacing w:before="40" w:after="40"/>
        <w:ind w:firstLineChars="100" w:firstLine="240"/>
        <w:rPr>
          <w:rFonts w:asciiTheme="majorEastAsia" w:eastAsiaTheme="majorEastAsia" w:hAnsiTheme="majorEastAsia"/>
          <w:sz w:val="24"/>
          <w:szCs w:val="24"/>
          <w:lang w:eastAsia="ja-JP"/>
        </w:rPr>
      </w:pPr>
      <w:r w:rsidRPr="0041130C"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　</w:t>
      </w:r>
      <w:r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送付先(申請書等の提出先)宛に</w:t>
      </w:r>
      <w:r w:rsidR="00F614C3">
        <w:rPr>
          <w:rFonts w:asciiTheme="majorEastAsia" w:eastAsiaTheme="majorEastAsia" w:hAnsiTheme="majorEastAsia" w:hint="eastAsia"/>
          <w:sz w:val="24"/>
          <w:szCs w:val="24"/>
          <w:lang w:eastAsia="ja-JP"/>
        </w:rPr>
        <w:t>郵送</w:t>
      </w:r>
      <w:r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又は</w:t>
      </w:r>
      <w:r w:rsidR="00F614C3">
        <w:rPr>
          <w:rFonts w:asciiTheme="majorEastAsia" w:eastAsiaTheme="majorEastAsia" w:hAnsiTheme="majorEastAsia" w:hint="eastAsia"/>
          <w:sz w:val="24"/>
          <w:szCs w:val="24"/>
          <w:lang w:eastAsia="ja-JP"/>
        </w:rPr>
        <w:t>持参により提出して</w:t>
      </w:r>
      <w:r w:rsidRPr="0041130C">
        <w:rPr>
          <w:rFonts w:asciiTheme="majorEastAsia" w:eastAsiaTheme="majorEastAsia" w:hAnsiTheme="majorEastAsia"/>
          <w:sz w:val="24"/>
          <w:szCs w:val="24"/>
          <w:lang w:eastAsia="ja-JP"/>
        </w:rPr>
        <w:t>ください。</w:t>
      </w:r>
    </w:p>
    <w:p w14:paraId="303BFD32" w14:textId="56612487" w:rsidR="008D5C3A" w:rsidRPr="00DE6AF5" w:rsidRDefault="008D5C3A" w:rsidP="00DE6AF5">
      <w:pPr>
        <w:spacing w:before="80" w:after="40"/>
        <w:ind w:firstLineChars="200" w:firstLine="480"/>
        <w:rPr>
          <w:rFonts w:asciiTheme="majorEastAsia" w:eastAsiaTheme="majorEastAsia" w:hAnsiTheme="majorEastAsia"/>
          <w:sz w:val="24"/>
          <w:szCs w:val="24"/>
          <w:lang w:eastAsia="ja-JP"/>
        </w:rPr>
      </w:pPr>
    </w:p>
    <w:sectPr w:rsidR="008D5C3A" w:rsidRPr="00DE6AF5" w:rsidSect="00DE6AF5">
      <w:pgSz w:w="11909" w:h="16834"/>
      <w:pgMar w:top="1134" w:right="1134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85721" w14:textId="77777777" w:rsidR="00BD30D8" w:rsidRDefault="00BD30D8" w:rsidP="00DE6AF5">
      <w:pPr>
        <w:spacing w:after="0" w:line="240" w:lineRule="auto"/>
      </w:pPr>
      <w:r>
        <w:separator/>
      </w:r>
    </w:p>
  </w:endnote>
  <w:endnote w:type="continuationSeparator" w:id="0">
    <w:p w14:paraId="6304F994" w14:textId="77777777" w:rsidR="00BD30D8" w:rsidRDefault="00BD30D8" w:rsidP="00DE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96BDF" w14:textId="77777777" w:rsidR="00BD30D8" w:rsidRDefault="00BD30D8" w:rsidP="00DE6AF5">
      <w:pPr>
        <w:spacing w:after="0" w:line="240" w:lineRule="auto"/>
      </w:pPr>
      <w:r>
        <w:separator/>
      </w:r>
    </w:p>
  </w:footnote>
  <w:footnote w:type="continuationSeparator" w:id="0">
    <w:p w14:paraId="6DD22968" w14:textId="77777777" w:rsidR="00BD30D8" w:rsidRDefault="00BD30D8" w:rsidP="00DE6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1601066">
    <w:abstractNumId w:val="8"/>
  </w:num>
  <w:num w:numId="2" w16cid:durableId="239297264">
    <w:abstractNumId w:val="6"/>
  </w:num>
  <w:num w:numId="3" w16cid:durableId="2096973693">
    <w:abstractNumId w:val="5"/>
  </w:num>
  <w:num w:numId="4" w16cid:durableId="551648776">
    <w:abstractNumId w:val="4"/>
  </w:num>
  <w:num w:numId="5" w16cid:durableId="1149175147">
    <w:abstractNumId w:val="7"/>
  </w:num>
  <w:num w:numId="6" w16cid:durableId="878056133">
    <w:abstractNumId w:val="3"/>
  </w:num>
  <w:num w:numId="7" w16cid:durableId="2039624752">
    <w:abstractNumId w:val="2"/>
  </w:num>
  <w:num w:numId="8" w16cid:durableId="1201699421">
    <w:abstractNumId w:val="1"/>
  </w:num>
  <w:num w:numId="9" w16cid:durableId="1736198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4813"/>
    <w:rsid w:val="0006063C"/>
    <w:rsid w:val="0008347D"/>
    <w:rsid w:val="000C2E98"/>
    <w:rsid w:val="0015074B"/>
    <w:rsid w:val="00237395"/>
    <w:rsid w:val="00273E83"/>
    <w:rsid w:val="0029639D"/>
    <w:rsid w:val="00315362"/>
    <w:rsid w:val="00326459"/>
    <w:rsid w:val="00326F90"/>
    <w:rsid w:val="003A6830"/>
    <w:rsid w:val="003F6D0C"/>
    <w:rsid w:val="005708ED"/>
    <w:rsid w:val="005C4D8A"/>
    <w:rsid w:val="006906E4"/>
    <w:rsid w:val="00764142"/>
    <w:rsid w:val="007F37F0"/>
    <w:rsid w:val="00821572"/>
    <w:rsid w:val="00852180"/>
    <w:rsid w:val="008D5C3A"/>
    <w:rsid w:val="0093375D"/>
    <w:rsid w:val="00A60773"/>
    <w:rsid w:val="00AA1D8D"/>
    <w:rsid w:val="00B47730"/>
    <w:rsid w:val="00B85173"/>
    <w:rsid w:val="00BA5179"/>
    <w:rsid w:val="00BD30D8"/>
    <w:rsid w:val="00C227F5"/>
    <w:rsid w:val="00C84D6C"/>
    <w:rsid w:val="00CB0664"/>
    <w:rsid w:val="00D640EC"/>
    <w:rsid w:val="00DC6311"/>
    <w:rsid w:val="00DE6AF5"/>
    <w:rsid w:val="00DE7AAA"/>
    <w:rsid w:val="00F614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FA779F"/>
  <w14:defaultImageDpi w14:val="300"/>
  <w15:docId w15:val="{8C6E7A32-0A3F-4266-8EAC-11AC900F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明朝" w:eastAsia="游明朝" w:hAnsi="游明朝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kyuuka naoya</cp:lastModifiedBy>
  <cp:revision>2</cp:revision>
  <dcterms:created xsi:type="dcterms:W3CDTF">2026-08-26T08:53:00Z</dcterms:created>
  <dcterms:modified xsi:type="dcterms:W3CDTF">2026-08-26T08:53:00Z</dcterms:modified>
  <cp:category/>
</cp:coreProperties>
</file>