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F0D71" w14:textId="1256D8FF" w:rsidR="008D5C3A" w:rsidRPr="00273E83" w:rsidRDefault="00273E83">
      <w:pPr>
        <w:jc w:val="righ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  <w:sz w:val="20"/>
          <w:lang w:eastAsia="ja-JP"/>
        </w:rPr>
        <w:t xml:space="preserve">令和　</w:t>
      </w:r>
      <w:r w:rsidRPr="00273E83">
        <w:rPr>
          <w:rFonts w:asciiTheme="majorEastAsia" w:eastAsiaTheme="majorEastAsia" w:hAnsiTheme="majorEastAsia"/>
          <w:sz w:val="20"/>
        </w:rPr>
        <w:t>年</w:t>
      </w:r>
      <w:r>
        <w:rPr>
          <w:rFonts w:asciiTheme="majorEastAsia" w:eastAsiaTheme="majorEastAsia" w:hAnsiTheme="majorEastAsia" w:hint="eastAsia"/>
          <w:sz w:val="20"/>
          <w:lang w:eastAsia="ja-JP"/>
        </w:rPr>
        <w:t xml:space="preserve">　　</w:t>
      </w:r>
      <w:r w:rsidRPr="00273E83">
        <w:rPr>
          <w:rFonts w:asciiTheme="majorEastAsia" w:eastAsiaTheme="majorEastAsia" w:hAnsiTheme="majorEastAsia"/>
          <w:sz w:val="20"/>
        </w:rPr>
        <w:t>月</w:t>
      </w:r>
      <w:r>
        <w:rPr>
          <w:rFonts w:asciiTheme="majorEastAsia" w:eastAsiaTheme="majorEastAsia" w:hAnsiTheme="majorEastAsia" w:hint="eastAsia"/>
          <w:sz w:val="20"/>
          <w:lang w:eastAsia="ja-JP"/>
        </w:rPr>
        <w:t xml:space="preserve">　　</w:t>
      </w:r>
      <w:r w:rsidRPr="00273E83">
        <w:rPr>
          <w:rFonts w:asciiTheme="majorEastAsia" w:eastAsiaTheme="majorEastAsia" w:hAnsiTheme="majorEastAsia"/>
          <w:sz w:val="20"/>
        </w:rPr>
        <w:t>日</w:t>
      </w:r>
    </w:p>
    <w:p w14:paraId="16836994" w14:textId="77777777" w:rsidR="008D5C3A" w:rsidRPr="00273E83" w:rsidRDefault="00000000">
      <w:pPr>
        <w:spacing w:before="240" w:after="360"/>
        <w:jc w:val="center"/>
        <w:rPr>
          <w:rFonts w:asciiTheme="majorEastAsia" w:eastAsiaTheme="majorEastAsia" w:hAnsiTheme="majorEastAsia"/>
          <w:lang w:eastAsia="ja-JP"/>
        </w:rPr>
      </w:pPr>
      <w:r w:rsidRPr="00273E83">
        <w:rPr>
          <w:rFonts w:asciiTheme="majorEastAsia" w:eastAsiaTheme="majorEastAsia" w:hAnsiTheme="majorEastAsia"/>
          <w:b/>
          <w:sz w:val="36"/>
          <w:lang w:eastAsia="ja-JP"/>
        </w:rPr>
        <w:t>納付書 送付依頼書</w:t>
      </w:r>
    </w:p>
    <w:p w14:paraId="4A761378" w14:textId="6860525B" w:rsidR="008D5C3A" w:rsidRPr="00DE6AF5" w:rsidRDefault="00000000">
      <w:pPr>
        <w:spacing w:before="240" w:after="80"/>
        <w:rPr>
          <w:rFonts w:asciiTheme="majorEastAsia" w:eastAsiaTheme="majorEastAsia" w:hAnsiTheme="majorEastAsia"/>
          <w:b/>
          <w:sz w:val="24"/>
          <w:szCs w:val="24"/>
          <w:lang w:eastAsia="ja-JP"/>
        </w:rPr>
      </w:pPr>
      <w:r w:rsidRPr="00DE6AF5">
        <w:rPr>
          <w:rFonts w:asciiTheme="majorEastAsia" w:eastAsiaTheme="majorEastAsia" w:hAnsiTheme="majorEastAsia"/>
          <w:b/>
          <w:sz w:val="24"/>
          <w:szCs w:val="24"/>
          <w:lang w:eastAsia="ja-JP"/>
        </w:rPr>
        <w:t>【依頼書送付先(申請書等の提出先)】</w:t>
      </w:r>
    </w:p>
    <w:tbl>
      <w:tblPr>
        <w:tblStyle w:val="afe"/>
        <w:tblW w:w="7371" w:type="dxa"/>
        <w:tblInd w:w="392" w:type="dxa"/>
        <w:tblLook w:val="04A0" w:firstRow="1" w:lastRow="0" w:firstColumn="1" w:lastColumn="0" w:noHBand="0" w:noVBand="1"/>
      </w:tblPr>
      <w:tblGrid>
        <w:gridCol w:w="7371"/>
      </w:tblGrid>
      <w:tr w:rsidR="00BA5179" w:rsidRPr="00273E83" w14:paraId="580B6823" w14:textId="43E9BD2B" w:rsidTr="00BA5179">
        <w:trPr>
          <w:trHeight w:hRule="exact" w:val="567"/>
        </w:trPr>
        <w:tc>
          <w:tcPr>
            <w:tcW w:w="7371" w:type="dxa"/>
            <w:vAlign w:val="center"/>
          </w:tcPr>
          <w:p w14:paraId="2F78EF93" w14:textId="65397592" w:rsidR="00BA5179" w:rsidRDefault="00BA5179" w:rsidP="005708ED">
            <w:pPr>
              <w:rPr>
                <w:rFonts w:asciiTheme="majorEastAsia" w:eastAsiaTheme="majorEastAsia" w:hAnsiTheme="majorEastAsia"/>
                <w:sz w:val="22"/>
                <w:lang w:eastAsia="ja-JP"/>
              </w:rPr>
            </w:pPr>
            <w:r>
              <w:rPr>
                <w:rFonts w:asciiTheme="majorEastAsia" w:eastAsiaTheme="majorEastAsia" w:hAnsiTheme="majorEastAsia" w:hint="eastAsia"/>
                <w:sz w:val="22"/>
                <w:lang w:eastAsia="ja-JP"/>
              </w:rPr>
              <w:t>徳島県経済産業部産業人材課（088-621-2351）</w:t>
            </w:r>
          </w:p>
          <w:p w14:paraId="69DCD605" w14:textId="225653C7" w:rsidR="00BA5179" w:rsidRPr="00273E83" w:rsidRDefault="00BA5179" w:rsidP="005708ED">
            <w:pPr>
              <w:rPr>
                <w:rFonts w:asciiTheme="majorEastAsia" w:eastAsiaTheme="majorEastAsia" w:hAnsiTheme="majorEastAsia"/>
                <w:sz w:val="22"/>
                <w:lang w:eastAsia="ja-JP"/>
              </w:rPr>
            </w:pPr>
            <w:r>
              <w:rPr>
                <w:rFonts w:asciiTheme="majorEastAsia" w:eastAsiaTheme="majorEastAsia" w:hAnsiTheme="majorEastAsia" w:hint="eastAsia"/>
                <w:sz w:val="22"/>
                <w:lang w:eastAsia="ja-JP"/>
              </w:rPr>
              <w:t>（</w:t>
            </w:r>
            <w:r w:rsidRPr="005708ED">
              <w:rPr>
                <w:rFonts w:asciiTheme="majorEastAsia" w:eastAsiaTheme="majorEastAsia" w:hAnsiTheme="majorEastAsia" w:hint="eastAsia"/>
                <w:sz w:val="22"/>
                <w:lang w:eastAsia="ja-JP"/>
              </w:rPr>
              <w:t>〒770-</w:t>
            </w:r>
            <w:r>
              <w:rPr>
                <w:rFonts w:asciiTheme="majorEastAsia" w:eastAsiaTheme="majorEastAsia" w:hAnsiTheme="majorEastAsia" w:hint="eastAsia"/>
                <w:sz w:val="22"/>
                <w:lang w:eastAsia="ja-JP"/>
              </w:rPr>
              <w:t>8570徳島市万代町１丁目１番地）</w:t>
            </w:r>
          </w:p>
        </w:tc>
      </w:tr>
    </w:tbl>
    <w:p w14:paraId="77B82C45" w14:textId="77777777" w:rsidR="008D5C3A" w:rsidRPr="00DE6AF5" w:rsidRDefault="00000000">
      <w:pPr>
        <w:spacing w:before="280" w:after="80"/>
        <w:rPr>
          <w:rFonts w:asciiTheme="majorEastAsia" w:eastAsiaTheme="majorEastAsia" w:hAnsiTheme="majorEastAsia"/>
          <w:b/>
          <w:sz w:val="24"/>
          <w:szCs w:val="24"/>
          <w:lang w:eastAsia="ja-JP"/>
        </w:rPr>
      </w:pPr>
      <w:r w:rsidRPr="00DE6AF5">
        <w:rPr>
          <w:rFonts w:asciiTheme="majorEastAsia" w:eastAsiaTheme="majorEastAsia" w:hAnsiTheme="majorEastAsia"/>
          <w:b/>
          <w:sz w:val="24"/>
          <w:szCs w:val="24"/>
        </w:rPr>
        <w:t>【</w:t>
      </w:r>
      <w:proofErr w:type="spellStart"/>
      <w:r w:rsidRPr="00DE6AF5">
        <w:rPr>
          <w:rFonts w:asciiTheme="majorEastAsia" w:eastAsiaTheme="majorEastAsia" w:hAnsiTheme="majorEastAsia"/>
          <w:b/>
          <w:sz w:val="24"/>
          <w:szCs w:val="24"/>
        </w:rPr>
        <w:t>申請者</w:t>
      </w:r>
      <w:proofErr w:type="spellEnd"/>
      <w:r w:rsidRPr="00DE6AF5">
        <w:rPr>
          <w:rFonts w:asciiTheme="majorEastAsia" w:eastAsiaTheme="majorEastAsia" w:hAnsiTheme="majorEastAsia"/>
          <w:b/>
          <w:sz w:val="24"/>
          <w:szCs w:val="24"/>
        </w:rPr>
        <w:t>】</w:t>
      </w:r>
    </w:p>
    <w:tbl>
      <w:tblPr>
        <w:tblStyle w:val="afe"/>
        <w:tblW w:w="0" w:type="auto"/>
        <w:tblInd w:w="392" w:type="dxa"/>
        <w:tblLook w:val="04A0" w:firstRow="1" w:lastRow="0" w:firstColumn="1" w:lastColumn="0" w:noHBand="0" w:noVBand="1"/>
      </w:tblPr>
      <w:tblGrid>
        <w:gridCol w:w="1843"/>
        <w:gridCol w:w="7059"/>
      </w:tblGrid>
      <w:tr w:rsidR="00273E83" w:rsidRPr="00273E83" w14:paraId="64DB1D45" w14:textId="77777777" w:rsidTr="00D640EC">
        <w:trPr>
          <w:trHeight w:hRule="exact" w:val="567"/>
        </w:trPr>
        <w:tc>
          <w:tcPr>
            <w:tcW w:w="1843" w:type="dxa"/>
          </w:tcPr>
          <w:p w14:paraId="3E150EAA" w14:textId="51AD3115" w:rsidR="00273E83" w:rsidRPr="00273E83" w:rsidRDefault="00273E83">
            <w:pPr>
              <w:spacing w:before="280" w:after="80"/>
              <w:rPr>
                <w:rFonts w:asciiTheme="majorEastAsia" w:eastAsiaTheme="majorEastAsia" w:hAnsiTheme="majorEastAsia"/>
                <w:sz w:val="22"/>
                <w:lang w:eastAsia="ja-JP"/>
              </w:rPr>
            </w:pPr>
            <w:proofErr w:type="spellStart"/>
            <w:r w:rsidRPr="00D640EC">
              <w:rPr>
                <w:rFonts w:asciiTheme="majorEastAsia" w:eastAsiaTheme="majorEastAsia" w:hAnsiTheme="majorEastAsia"/>
                <w:spacing w:val="56"/>
                <w:sz w:val="22"/>
                <w:fitText w:val="1050" w:id="-406574336"/>
              </w:rPr>
              <w:t>郵便番</w:t>
            </w:r>
            <w:r w:rsidRPr="00D640EC">
              <w:rPr>
                <w:rFonts w:asciiTheme="majorEastAsia" w:eastAsiaTheme="majorEastAsia" w:hAnsiTheme="majorEastAsia"/>
                <w:spacing w:val="2"/>
                <w:sz w:val="22"/>
                <w:fitText w:val="1050" w:id="-406574336"/>
              </w:rPr>
              <w:t>号</w:t>
            </w:r>
            <w:proofErr w:type="spellEnd"/>
          </w:p>
        </w:tc>
        <w:tc>
          <w:tcPr>
            <w:tcW w:w="7059" w:type="dxa"/>
          </w:tcPr>
          <w:p w14:paraId="48E06DA5" w14:textId="1025F16F" w:rsidR="00273E83" w:rsidRPr="00273E83" w:rsidRDefault="00273E83">
            <w:pPr>
              <w:spacing w:before="280" w:after="80"/>
              <w:rPr>
                <w:rFonts w:asciiTheme="majorEastAsia" w:eastAsiaTheme="majorEastAsia" w:hAnsiTheme="majorEastAsia"/>
                <w:sz w:val="22"/>
                <w:lang w:eastAsia="ja-JP"/>
              </w:rPr>
            </w:pPr>
            <w:r w:rsidRPr="00273E83">
              <w:rPr>
                <w:rFonts w:asciiTheme="majorEastAsia" w:eastAsiaTheme="majorEastAsia" w:hAnsiTheme="majorEastAsia"/>
                <w:sz w:val="22"/>
              </w:rPr>
              <w:t>〒</w:t>
            </w:r>
          </w:p>
        </w:tc>
      </w:tr>
      <w:tr w:rsidR="00273E83" w:rsidRPr="00273E83" w14:paraId="27948189" w14:textId="77777777" w:rsidTr="00D640EC">
        <w:trPr>
          <w:trHeight w:hRule="exact" w:val="567"/>
        </w:trPr>
        <w:tc>
          <w:tcPr>
            <w:tcW w:w="1843" w:type="dxa"/>
          </w:tcPr>
          <w:p w14:paraId="44FEC119" w14:textId="5AA7E5FC" w:rsidR="00273E83" w:rsidRPr="00273E83" w:rsidRDefault="00273E83">
            <w:pPr>
              <w:spacing w:before="280" w:after="80"/>
              <w:rPr>
                <w:rFonts w:asciiTheme="majorEastAsia" w:eastAsiaTheme="majorEastAsia" w:hAnsiTheme="majorEastAsia"/>
                <w:sz w:val="22"/>
                <w:lang w:eastAsia="ja-JP"/>
              </w:rPr>
            </w:pPr>
            <w:proofErr w:type="spellStart"/>
            <w:r w:rsidRPr="00273E83">
              <w:rPr>
                <w:rFonts w:asciiTheme="majorEastAsia" w:eastAsiaTheme="majorEastAsia" w:hAnsiTheme="majorEastAsia"/>
                <w:spacing w:val="610"/>
                <w:sz w:val="22"/>
                <w:fitText w:val="1050" w:id="-406574335"/>
              </w:rPr>
              <w:t>住</w:t>
            </w:r>
            <w:r w:rsidRPr="00273E83">
              <w:rPr>
                <w:rFonts w:asciiTheme="majorEastAsia" w:eastAsiaTheme="majorEastAsia" w:hAnsiTheme="majorEastAsia"/>
                <w:sz w:val="22"/>
                <w:fitText w:val="1050" w:id="-406574335"/>
              </w:rPr>
              <w:t>所</w:t>
            </w:r>
            <w:proofErr w:type="spellEnd"/>
          </w:p>
        </w:tc>
        <w:tc>
          <w:tcPr>
            <w:tcW w:w="7059" w:type="dxa"/>
          </w:tcPr>
          <w:p w14:paraId="7C42BE89" w14:textId="77777777" w:rsidR="00273E83" w:rsidRPr="00273E83" w:rsidRDefault="00273E83">
            <w:pPr>
              <w:spacing w:before="280" w:after="80"/>
              <w:rPr>
                <w:rFonts w:asciiTheme="majorEastAsia" w:eastAsiaTheme="majorEastAsia" w:hAnsiTheme="majorEastAsia"/>
                <w:sz w:val="22"/>
                <w:lang w:eastAsia="ja-JP"/>
              </w:rPr>
            </w:pPr>
          </w:p>
        </w:tc>
      </w:tr>
      <w:tr w:rsidR="00273E83" w:rsidRPr="00273E83" w14:paraId="2603F1B2" w14:textId="77777777" w:rsidTr="00D640EC">
        <w:trPr>
          <w:trHeight w:hRule="exact" w:val="567"/>
        </w:trPr>
        <w:tc>
          <w:tcPr>
            <w:tcW w:w="1843" w:type="dxa"/>
          </w:tcPr>
          <w:p w14:paraId="073A30AD" w14:textId="3B9447D1" w:rsidR="00273E83" w:rsidRPr="00273E83" w:rsidRDefault="00273E83">
            <w:pPr>
              <w:spacing w:before="280" w:after="80"/>
              <w:rPr>
                <w:rFonts w:asciiTheme="majorEastAsia" w:eastAsiaTheme="majorEastAsia" w:hAnsiTheme="majorEastAsia"/>
                <w:sz w:val="22"/>
                <w:lang w:eastAsia="ja-JP"/>
              </w:rPr>
            </w:pPr>
            <w:proofErr w:type="spellStart"/>
            <w:r w:rsidRPr="00273E83">
              <w:rPr>
                <w:rFonts w:asciiTheme="majorEastAsia" w:eastAsiaTheme="majorEastAsia" w:hAnsiTheme="majorEastAsia"/>
                <w:spacing w:val="56"/>
                <w:sz w:val="22"/>
                <w:fitText w:val="1050" w:id="-406574334"/>
              </w:rPr>
              <w:t>ふりが</w:t>
            </w:r>
            <w:r w:rsidRPr="00273E83">
              <w:rPr>
                <w:rFonts w:asciiTheme="majorEastAsia" w:eastAsiaTheme="majorEastAsia" w:hAnsiTheme="majorEastAsia"/>
                <w:spacing w:val="2"/>
                <w:sz w:val="22"/>
                <w:fitText w:val="1050" w:id="-406574334"/>
              </w:rPr>
              <w:t>な</w:t>
            </w:r>
            <w:proofErr w:type="spellEnd"/>
          </w:p>
        </w:tc>
        <w:tc>
          <w:tcPr>
            <w:tcW w:w="7059" w:type="dxa"/>
          </w:tcPr>
          <w:p w14:paraId="5E6A1066" w14:textId="77777777" w:rsidR="00273E83" w:rsidRPr="00273E83" w:rsidRDefault="00273E83">
            <w:pPr>
              <w:spacing w:before="280" w:after="80"/>
              <w:rPr>
                <w:rFonts w:asciiTheme="majorEastAsia" w:eastAsiaTheme="majorEastAsia" w:hAnsiTheme="majorEastAsia"/>
                <w:sz w:val="22"/>
                <w:lang w:eastAsia="ja-JP"/>
              </w:rPr>
            </w:pPr>
          </w:p>
        </w:tc>
      </w:tr>
      <w:tr w:rsidR="00273E83" w:rsidRPr="00273E83" w14:paraId="63FDDED4" w14:textId="77777777" w:rsidTr="00D640EC">
        <w:trPr>
          <w:trHeight w:hRule="exact" w:val="567"/>
        </w:trPr>
        <w:tc>
          <w:tcPr>
            <w:tcW w:w="1843" w:type="dxa"/>
          </w:tcPr>
          <w:p w14:paraId="005C0EF0" w14:textId="6C9C63DE" w:rsidR="00273E83" w:rsidRPr="00273E83" w:rsidRDefault="00273E83">
            <w:pPr>
              <w:spacing w:before="280" w:after="80"/>
              <w:rPr>
                <w:rFonts w:asciiTheme="majorEastAsia" w:eastAsiaTheme="majorEastAsia" w:hAnsiTheme="majorEastAsia"/>
                <w:sz w:val="22"/>
                <w:lang w:eastAsia="ja-JP"/>
              </w:rPr>
            </w:pPr>
            <w:proofErr w:type="spellStart"/>
            <w:r w:rsidRPr="00273E83">
              <w:rPr>
                <w:rFonts w:asciiTheme="majorEastAsia" w:eastAsiaTheme="majorEastAsia" w:hAnsiTheme="majorEastAsia"/>
                <w:sz w:val="22"/>
              </w:rPr>
              <w:t>申請者氏名</w:t>
            </w:r>
            <w:proofErr w:type="spellEnd"/>
          </w:p>
        </w:tc>
        <w:tc>
          <w:tcPr>
            <w:tcW w:w="7059" w:type="dxa"/>
          </w:tcPr>
          <w:p w14:paraId="66B5B56C" w14:textId="77777777" w:rsidR="00273E83" w:rsidRPr="00273E83" w:rsidRDefault="00273E83">
            <w:pPr>
              <w:spacing w:before="280" w:after="80"/>
              <w:rPr>
                <w:rFonts w:asciiTheme="majorEastAsia" w:eastAsiaTheme="majorEastAsia" w:hAnsiTheme="majorEastAsia"/>
                <w:sz w:val="22"/>
                <w:lang w:eastAsia="ja-JP"/>
              </w:rPr>
            </w:pPr>
          </w:p>
        </w:tc>
      </w:tr>
      <w:tr w:rsidR="00273E83" w:rsidRPr="00273E83" w14:paraId="480C3925" w14:textId="77777777" w:rsidTr="00D640EC">
        <w:trPr>
          <w:trHeight w:hRule="exact" w:val="567"/>
        </w:trPr>
        <w:tc>
          <w:tcPr>
            <w:tcW w:w="1843" w:type="dxa"/>
          </w:tcPr>
          <w:p w14:paraId="1D5A5724" w14:textId="177B0AA2" w:rsidR="00273E83" w:rsidRPr="00273E83" w:rsidRDefault="00273E83">
            <w:pPr>
              <w:spacing w:before="280" w:after="80"/>
              <w:rPr>
                <w:rFonts w:asciiTheme="majorEastAsia" w:eastAsiaTheme="majorEastAsia" w:hAnsiTheme="majorEastAsia"/>
                <w:sz w:val="22"/>
                <w:lang w:eastAsia="ja-JP"/>
              </w:rPr>
            </w:pPr>
            <w:proofErr w:type="spellStart"/>
            <w:r w:rsidRPr="00273E83">
              <w:rPr>
                <w:rFonts w:asciiTheme="majorEastAsia" w:eastAsiaTheme="majorEastAsia" w:hAnsiTheme="majorEastAsia"/>
                <w:spacing w:val="56"/>
                <w:sz w:val="22"/>
                <w:fitText w:val="1050" w:id="-406574333"/>
              </w:rPr>
              <w:t>電話番</w:t>
            </w:r>
            <w:r w:rsidRPr="00273E83">
              <w:rPr>
                <w:rFonts w:asciiTheme="majorEastAsia" w:eastAsiaTheme="majorEastAsia" w:hAnsiTheme="majorEastAsia"/>
                <w:spacing w:val="2"/>
                <w:sz w:val="22"/>
                <w:fitText w:val="1050" w:id="-406574333"/>
              </w:rPr>
              <w:t>号</w:t>
            </w:r>
            <w:proofErr w:type="spellEnd"/>
          </w:p>
        </w:tc>
        <w:tc>
          <w:tcPr>
            <w:tcW w:w="7059" w:type="dxa"/>
          </w:tcPr>
          <w:p w14:paraId="2DCDB7AD" w14:textId="77777777" w:rsidR="00273E83" w:rsidRPr="00273E83" w:rsidRDefault="00273E83">
            <w:pPr>
              <w:spacing w:before="280" w:after="80"/>
              <w:rPr>
                <w:rFonts w:asciiTheme="majorEastAsia" w:eastAsiaTheme="majorEastAsia" w:hAnsiTheme="majorEastAsia"/>
                <w:sz w:val="22"/>
                <w:lang w:eastAsia="ja-JP"/>
              </w:rPr>
            </w:pPr>
          </w:p>
        </w:tc>
      </w:tr>
    </w:tbl>
    <w:p w14:paraId="2EB9CB65" w14:textId="485B70A9" w:rsidR="008D5C3A" w:rsidRPr="00DE6AF5" w:rsidRDefault="00000000">
      <w:pPr>
        <w:spacing w:before="280" w:after="80"/>
        <w:rPr>
          <w:rFonts w:asciiTheme="majorEastAsia" w:eastAsiaTheme="majorEastAsia" w:hAnsiTheme="majorEastAsia"/>
          <w:b/>
          <w:sz w:val="24"/>
          <w:szCs w:val="24"/>
          <w:lang w:eastAsia="ja-JP"/>
        </w:rPr>
      </w:pPr>
      <w:r w:rsidRPr="00DE6AF5">
        <w:rPr>
          <w:rFonts w:asciiTheme="majorEastAsia" w:eastAsiaTheme="majorEastAsia" w:hAnsiTheme="majorEastAsia"/>
          <w:b/>
          <w:sz w:val="24"/>
          <w:szCs w:val="24"/>
        </w:rPr>
        <w:t>【</w:t>
      </w:r>
      <w:r w:rsidR="00BA5179">
        <w:rPr>
          <w:rFonts w:asciiTheme="majorEastAsia" w:eastAsiaTheme="majorEastAsia" w:hAnsiTheme="majorEastAsia" w:hint="eastAsia"/>
          <w:b/>
          <w:sz w:val="24"/>
          <w:szCs w:val="24"/>
          <w:lang w:eastAsia="ja-JP"/>
        </w:rPr>
        <w:t>申請</w:t>
      </w:r>
      <w:proofErr w:type="spellStart"/>
      <w:r w:rsidRPr="00DE6AF5">
        <w:rPr>
          <w:rFonts w:asciiTheme="majorEastAsia" w:eastAsiaTheme="majorEastAsia" w:hAnsiTheme="majorEastAsia"/>
          <w:b/>
          <w:sz w:val="24"/>
          <w:szCs w:val="24"/>
        </w:rPr>
        <w:t>内容</w:t>
      </w:r>
      <w:proofErr w:type="spellEnd"/>
      <w:r w:rsidRPr="00DE6AF5">
        <w:rPr>
          <w:rFonts w:asciiTheme="majorEastAsia" w:eastAsiaTheme="majorEastAsia" w:hAnsiTheme="majorEastAsia"/>
          <w:b/>
          <w:sz w:val="24"/>
          <w:szCs w:val="24"/>
        </w:rPr>
        <w:t>】</w:t>
      </w:r>
    </w:p>
    <w:tbl>
      <w:tblPr>
        <w:tblStyle w:val="afe"/>
        <w:tblW w:w="0" w:type="auto"/>
        <w:tblInd w:w="392" w:type="dxa"/>
        <w:tblLook w:val="04A0" w:firstRow="1" w:lastRow="0" w:firstColumn="1" w:lastColumn="0" w:noHBand="0" w:noVBand="1"/>
      </w:tblPr>
      <w:tblGrid>
        <w:gridCol w:w="5245"/>
        <w:gridCol w:w="2126"/>
      </w:tblGrid>
      <w:tr w:rsidR="00BA5179" w:rsidRPr="00273E83" w14:paraId="03C8AFEA" w14:textId="77777777" w:rsidTr="00D640EC">
        <w:trPr>
          <w:trHeight w:hRule="exact" w:val="567"/>
        </w:trPr>
        <w:tc>
          <w:tcPr>
            <w:tcW w:w="5245" w:type="dxa"/>
          </w:tcPr>
          <w:p w14:paraId="18B50912" w14:textId="37780C57" w:rsidR="00BA5179" w:rsidRPr="00273E83" w:rsidRDefault="00BA5179" w:rsidP="00273E83">
            <w:pPr>
              <w:spacing w:before="280" w:after="80"/>
              <w:rPr>
                <w:rFonts w:asciiTheme="majorEastAsia" w:eastAsiaTheme="majorEastAsia" w:hAnsiTheme="majorEastAsia"/>
                <w:bCs/>
                <w:sz w:val="22"/>
                <w:lang w:eastAsia="ja-JP"/>
              </w:rPr>
            </w:pPr>
            <w:r w:rsidRPr="00273E83">
              <w:rPr>
                <w:rFonts w:asciiTheme="majorEastAsia" w:eastAsiaTheme="majorEastAsia" w:hAnsiTheme="majorEastAsia"/>
                <w:bCs/>
                <w:sz w:val="22"/>
                <w:lang w:eastAsia="ja-JP"/>
              </w:rPr>
              <w:t>使用料又は手数料の名称</w:t>
            </w:r>
          </w:p>
        </w:tc>
        <w:tc>
          <w:tcPr>
            <w:tcW w:w="2126" w:type="dxa"/>
          </w:tcPr>
          <w:p w14:paraId="7429A505" w14:textId="137E3089" w:rsidR="00BA5179" w:rsidRPr="00273E83" w:rsidRDefault="00BA5179" w:rsidP="00273E83">
            <w:pPr>
              <w:spacing w:before="280" w:after="80"/>
              <w:rPr>
                <w:rFonts w:asciiTheme="majorEastAsia" w:eastAsiaTheme="majorEastAsia" w:hAnsiTheme="majorEastAsia"/>
                <w:bCs/>
                <w:sz w:val="22"/>
                <w:lang w:eastAsia="ja-JP"/>
              </w:rPr>
            </w:pPr>
            <w:proofErr w:type="spellStart"/>
            <w:r w:rsidRPr="00273E83">
              <w:rPr>
                <w:rFonts w:asciiTheme="majorEastAsia" w:eastAsiaTheme="majorEastAsia" w:hAnsiTheme="majorEastAsia"/>
                <w:bCs/>
                <w:sz w:val="22"/>
              </w:rPr>
              <w:t>金額（円</w:t>
            </w:r>
            <w:proofErr w:type="spellEnd"/>
            <w:r w:rsidRPr="00273E83">
              <w:rPr>
                <w:rFonts w:asciiTheme="majorEastAsia" w:eastAsiaTheme="majorEastAsia" w:hAnsiTheme="majorEastAsia"/>
                <w:bCs/>
                <w:sz w:val="22"/>
              </w:rPr>
              <w:t>）</w:t>
            </w:r>
          </w:p>
        </w:tc>
      </w:tr>
      <w:tr w:rsidR="00BA5179" w:rsidRPr="00273E83" w14:paraId="01FDEE39" w14:textId="77777777" w:rsidTr="005708ED">
        <w:trPr>
          <w:trHeight w:hRule="exact" w:val="567"/>
        </w:trPr>
        <w:tc>
          <w:tcPr>
            <w:tcW w:w="5245" w:type="dxa"/>
          </w:tcPr>
          <w:p w14:paraId="45116246" w14:textId="077B4382" w:rsidR="00BA5179" w:rsidRPr="00273E83" w:rsidRDefault="00BA5179" w:rsidP="005708ED">
            <w:pPr>
              <w:spacing w:before="280" w:after="80"/>
              <w:rPr>
                <w:rFonts w:asciiTheme="majorEastAsia" w:eastAsiaTheme="majorEastAsia" w:hAnsiTheme="majorEastAsia"/>
                <w:b/>
                <w:sz w:val="22"/>
                <w:lang w:eastAsia="ja-JP"/>
              </w:rPr>
            </w:pPr>
            <w:r>
              <w:rPr>
                <w:rFonts w:asciiTheme="majorEastAsia" w:eastAsiaTheme="majorEastAsia" w:hAnsiTheme="majorEastAsia" w:hint="eastAsia"/>
                <w:b/>
                <w:sz w:val="22"/>
                <w:lang w:eastAsia="ja-JP"/>
              </w:rPr>
              <w:t>職業訓練指導員免許証交付申請</w:t>
            </w:r>
          </w:p>
        </w:tc>
        <w:tc>
          <w:tcPr>
            <w:tcW w:w="2126" w:type="dxa"/>
          </w:tcPr>
          <w:p w14:paraId="46F3EF18" w14:textId="7F857F6E" w:rsidR="00BA5179" w:rsidRPr="00273E83" w:rsidRDefault="00BA5179" w:rsidP="005708ED">
            <w:pPr>
              <w:spacing w:before="280" w:after="80"/>
              <w:ind w:firstLineChars="100" w:firstLine="220"/>
              <w:rPr>
                <w:rFonts w:asciiTheme="majorEastAsia" w:eastAsiaTheme="majorEastAsia" w:hAnsiTheme="majorEastAsia"/>
                <w:b/>
                <w:sz w:val="22"/>
                <w:lang w:eastAsia="ja-JP"/>
              </w:rPr>
            </w:pPr>
            <w:r w:rsidRPr="00273E83">
              <w:rPr>
                <w:rFonts w:asciiTheme="majorEastAsia" w:eastAsiaTheme="majorEastAsia" w:hAnsiTheme="majorEastAsia" w:hint="eastAsia"/>
                <w:sz w:val="22"/>
                <w:lang w:eastAsia="ja-JP"/>
              </w:rPr>
              <w:t>２，</w:t>
            </w:r>
            <w:r>
              <w:rPr>
                <w:rFonts w:asciiTheme="majorEastAsia" w:eastAsiaTheme="majorEastAsia" w:hAnsiTheme="majorEastAsia" w:hint="eastAsia"/>
                <w:sz w:val="22"/>
                <w:lang w:eastAsia="ja-JP"/>
              </w:rPr>
              <w:t>３</w:t>
            </w:r>
            <w:r w:rsidRPr="00273E83">
              <w:rPr>
                <w:rFonts w:asciiTheme="majorEastAsia" w:eastAsiaTheme="majorEastAsia" w:hAnsiTheme="majorEastAsia" w:hint="eastAsia"/>
                <w:sz w:val="22"/>
                <w:lang w:eastAsia="ja-JP"/>
              </w:rPr>
              <w:t>００円</w:t>
            </w:r>
          </w:p>
        </w:tc>
      </w:tr>
    </w:tbl>
    <w:p w14:paraId="76A7D123" w14:textId="190CA5C3" w:rsidR="00034813" w:rsidRPr="00C84D6C" w:rsidRDefault="00034813" w:rsidP="00DE6AF5">
      <w:pPr>
        <w:spacing w:before="280" w:after="40"/>
        <w:ind w:leftChars="100" w:left="420" w:hangingChars="100" w:hanging="210"/>
        <w:rPr>
          <w:rFonts w:asciiTheme="majorEastAsia" w:eastAsiaTheme="majorEastAsia" w:hAnsiTheme="majorEastAsia"/>
          <w:bCs/>
          <w:szCs w:val="21"/>
          <w:lang w:eastAsia="ja-JP"/>
        </w:rPr>
      </w:pPr>
      <w:r w:rsidRPr="00C84D6C">
        <w:rPr>
          <w:rFonts w:asciiTheme="majorEastAsia" w:eastAsiaTheme="majorEastAsia" w:hAnsiTheme="majorEastAsia" w:hint="eastAsia"/>
          <w:bCs/>
          <w:szCs w:val="21"/>
          <w:lang w:eastAsia="ja-JP"/>
        </w:rPr>
        <w:t>※</w:t>
      </w:r>
      <w:r w:rsidR="00BA5179">
        <w:rPr>
          <w:rFonts w:asciiTheme="majorEastAsia" w:eastAsiaTheme="majorEastAsia" w:hAnsiTheme="majorEastAsia" w:hint="eastAsia"/>
          <w:bCs/>
          <w:szCs w:val="21"/>
          <w:lang w:eastAsia="ja-JP"/>
        </w:rPr>
        <w:t>誤って納付された場合でも</w:t>
      </w:r>
      <w:r w:rsidR="00A60773">
        <w:rPr>
          <w:rFonts w:asciiTheme="majorEastAsia" w:eastAsiaTheme="majorEastAsia" w:hAnsiTheme="majorEastAsia" w:hint="eastAsia"/>
          <w:bCs/>
          <w:szCs w:val="21"/>
          <w:lang w:eastAsia="ja-JP"/>
        </w:rPr>
        <w:t>返還しませんので</w:t>
      </w:r>
      <w:r w:rsidR="00BA5179">
        <w:rPr>
          <w:rFonts w:asciiTheme="majorEastAsia" w:eastAsiaTheme="majorEastAsia" w:hAnsiTheme="majorEastAsia" w:hint="eastAsia"/>
          <w:bCs/>
          <w:szCs w:val="21"/>
          <w:lang w:eastAsia="ja-JP"/>
        </w:rPr>
        <w:t>、申請内容を必ずご確認ください。</w:t>
      </w:r>
    </w:p>
    <w:p w14:paraId="45444093" w14:textId="77777777" w:rsidR="00DE6AF5" w:rsidRPr="0041130C" w:rsidRDefault="00DE6AF5" w:rsidP="00DE6AF5">
      <w:pPr>
        <w:spacing w:before="280" w:after="40"/>
        <w:rPr>
          <w:rFonts w:asciiTheme="majorEastAsia" w:eastAsiaTheme="majorEastAsia" w:hAnsiTheme="majorEastAsia"/>
          <w:sz w:val="22"/>
          <w:szCs w:val="24"/>
          <w:lang w:eastAsia="ja-JP"/>
        </w:rPr>
      </w:pPr>
      <w:r w:rsidRPr="0041130C">
        <w:rPr>
          <w:rFonts w:asciiTheme="majorEastAsia" w:eastAsiaTheme="majorEastAsia" w:hAnsiTheme="majorEastAsia"/>
          <w:b/>
          <w:sz w:val="24"/>
          <w:szCs w:val="24"/>
          <w:lang w:eastAsia="ja-JP"/>
        </w:rPr>
        <w:t>【備考】</w:t>
      </w:r>
    </w:p>
    <w:p w14:paraId="666E3300" w14:textId="67C32E20" w:rsidR="00DE6AF5" w:rsidRPr="0041130C" w:rsidRDefault="00DE6AF5" w:rsidP="00DE6AF5">
      <w:pPr>
        <w:spacing w:before="40" w:after="40"/>
        <w:ind w:firstLineChars="100" w:firstLine="240"/>
        <w:rPr>
          <w:rFonts w:asciiTheme="majorEastAsia" w:eastAsiaTheme="majorEastAsia" w:hAnsiTheme="majorEastAsia"/>
          <w:sz w:val="24"/>
          <w:szCs w:val="24"/>
          <w:lang w:eastAsia="ja-JP"/>
        </w:rPr>
      </w:pPr>
      <w:r w:rsidRPr="0041130C">
        <w:rPr>
          <w:rFonts w:asciiTheme="majorEastAsia" w:eastAsiaTheme="majorEastAsia" w:hAnsiTheme="majorEastAsia" w:hint="eastAsia"/>
          <w:sz w:val="24"/>
          <w:szCs w:val="24"/>
          <w:lang w:eastAsia="ja-JP"/>
        </w:rPr>
        <w:t xml:space="preserve">　</w:t>
      </w:r>
      <w:r w:rsidRPr="0041130C">
        <w:rPr>
          <w:rFonts w:asciiTheme="majorEastAsia" w:eastAsiaTheme="majorEastAsia" w:hAnsiTheme="majorEastAsia"/>
          <w:sz w:val="24"/>
          <w:szCs w:val="24"/>
          <w:lang w:eastAsia="ja-JP"/>
        </w:rPr>
        <w:t>送付先(申請書等の提出先)宛に</w:t>
      </w:r>
      <w:r w:rsidR="00F614C3">
        <w:rPr>
          <w:rFonts w:asciiTheme="majorEastAsia" w:eastAsiaTheme="majorEastAsia" w:hAnsiTheme="majorEastAsia" w:hint="eastAsia"/>
          <w:sz w:val="24"/>
          <w:szCs w:val="24"/>
          <w:lang w:eastAsia="ja-JP"/>
        </w:rPr>
        <w:t>郵送</w:t>
      </w:r>
      <w:r w:rsidRPr="0041130C">
        <w:rPr>
          <w:rFonts w:asciiTheme="majorEastAsia" w:eastAsiaTheme="majorEastAsia" w:hAnsiTheme="majorEastAsia"/>
          <w:sz w:val="24"/>
          <w:szCs w:val="24"/>
          <w:lang w:eastAsia="ja-JP"/>
        </w:rPr>
        <w:t>又は</w:t>
      </w:r>
      <w:r w:rsidR="00F614C3">
        <w:rPr>
          <w:rFonts w:asciiTheme="majorEastAsia" w:eastAsiaTheme="majorEastAsia" w:hAnsiTheme="majorEastAsia" w:hint="eastAsia"/>
          <w:sz w:val="24"/>
          <w:szCs w:val="24"/>
          <w:lang w:eastAsia="ja-JP"/>
        </w:rPr>
        <w:t>持参により提出して</w:t>
      </w:r>
      <w:r w:rsidRPr="0041130C">
        <w:rPr>
          <w:rFonts w:asciiTheme="majorEastAsia" w:eastAsiaTheme="majorEastAsia" w:hAnsiTheme="majorEastAsia"/>
          <w:sz w:val="24"/>
          <w:szCs w:val="24"/>
          <w:lang w:eastAsia="ja-JP"/>
        </w:rPr>
        <w:t>ください。</w:t>
      </w:r>
    </w:p>
    <w:p w14:paraId="303BFD32" w14:textId="56612487" w:rsidR="008D5C3A" w:rsidRPr="00DE6AF5" w:rsidRDefault="008D5C3A" w:rsidP="00DE6AF5">
      <w:pPr>
        <w:spacing w:before="80" w:after="40"/>
        <w:ind w:firstLineChars="200" w:firstLine="480"/>
        <w:rPr>
          <w:rFonts w:asciiTheme="majorEastAsia" w:eastAsiaTheme="majorEastAsia" w:hAnsiTheme="majorEastAsia"/>
          <w:sz w:val="24"/>
          <w:szCs w:val="24"/>
          <w:lang w:eastAsia="ja-JP"/>
        </w:rPr>
      </w:pPr>
    </w:p>
    <w:sectPr w:rsidR="008D5C3A" w:rsidRPr="00DE6AF5" w:rsidSect="00DE6AF5">
      <w:pgSz w:w="11909" w:h="16834"/>
      <w:pgMar w:top="1134" w:right="1134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ED84C" w14:textId="77777777" w:rsidR="003F6D0C" w:rsidRDefault="003F6D0C" w:rsidP="00DE6AF5">
      <w:pPr>
        <w:spacing w:after="0" w:line="240" w:lineRule="auto"/>
      </w:pPr>
      <w:r>
        <w:separator/>
      </w:r>
    </w:p>
  </w:endnote>
  <w:endnote w:type="continuationSeparator" w:id="0">
    <w:p w14:paraId="3005DADE" w14:textId="77777777" w:rsidR="003F6D0C" w:rsidRDefault="003F6D0C" w:rsidP="00DE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5D2E6" w14:textId="77777777" w:rsidR="003F6D0C" w:rsidRDefault="003F6D0C" w:rsidP="00DE6AF5">
      <w:pPr>
        <w:spacing w:after="0" w:line="240" w:lineRule="auto"/>
      </w:pPr>
      <w:r>
        <w:separator/>
      </w:r>
    </w:p>
  </w:footnote>
  <w:footnote w:type="continuationSeparator" w:id="0">
    <w:p w14:paraId="2AFED04C" w14:textId="77777777" w:rsidR="003F6D0C" w:rsidRDefault="003F6D0C" w:rsidP="00DE6A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71601066">
    <w:abstractNumId w:val="8"/>
  </w:num>
  <w:num w:numId="2" w16cid:durableId="239297264">
    <w:abstractNumId w:val="6"/>
  </w:num>
  <w:num w:numId="3" w16cid:durableId="2096973693">
    <w:abstractNumId w:val="5"/>
  </w:num>
  <w:num w:numId="4" w16cid:durableId="551648776">
    <w:abstractNumId w:val="4"/>
  </w:num>
  <w:num w:numId="5" w16cid:durableId="1149175147">
    <w:abstractNumId w:val="7"/>
  </w:num>
  <w:num w:numId="6" w16cid:durableId="878056133">
    <w:abstractNumId w:val="3"/>
  </w:num>
  <w:num w:numId="7" w16cid:durableId="2039624752">
    <w:abstractNumId w:val="2"/>
  </w:num>
  <w:num w:numId="8" w16cid:durableId="1201699421">
    <w:abstractNumId w:val="1"/>
  </w:num>
  <w:num w:numId="9" w16cid:durableId="1736198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4813"/>
    <w:rsid w:val="0006063C"/>
    <w:rsid w:val="0008347D"/>
    <w:rsid w:val="000C2E98"/>
    <w:rsid w:val="0015074B"/>
    <w:rsid w:val="00273E83"/>
    <w:rsid w:val="0029639D"/>
    <w:rsid w:val="00315362"/>
    <w:rsid w:val="00326F90"/>
    <w:rsid w:val="003A6830"/>
    <w:rsid w:val="003F6D0C"/>
    <w:rsid w:val="005708ED"/>
    <w:rsid w:val="005C4D8A"/>
    <w:rsid w:val="006906E4"/>
    <w:rsid w:val="00764142"/>
    <w:rsid w:val="00821572"/>
    <w:rsid w:val="00852180"/>
    <w:rsid w:val="008D5C3A"/>
    <w:rsid w:val="0093375D"/>
    <w:rsid w:val="00A60773"/>
    <w:rsid w:val="00AA1D8D"/>
    <w:rsid w:val="00B47730"/>
    <w:rsid w:val="00B85173"/>
    <w:rsid w:val="00BA5179"/>
    <w:rsid w:val="00C227F5"/>
    <w:rsid w:val="00C84D6C"/>
    <w:rsid w:val="00CB0664"/>
    <w:rsid w:val="00D640EC"/>
    <w:rsid w:val="00DC6311"/>
    <w:rsid w:val="00DE6AF5"/>
    <w:rsid w:val="00DE7AAA"/>
    <w:rsid w:val="00F614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FA779F"/>
  <w14:defaultImageDpi w14:val="300"/>
  <w15:docId w15:val="{8C6E7A32-0A3F-4266-8EAC-11AC900F1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游明朝" w:eastAsia="游明朝" w:hAnsi="游明朝"/>
      <w:color w:val="00000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kyuuka naoya</cp:lastModifiedBy>
  <cp:revision>6</cp:revision>
  <dcterms:created xsi:type="dcterms:W3CDTF">2026-07-28T01:03:00Z</dcterms:created>
  <dcterms:modified xsi:type="dcterms:W3CDTF">2026-08-26T08:19:00Z</dcterms:modified>
  <cp:category/>
</cp:coreProperties>
</file>