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0D71" w14:textId="488A61A3" w:rsidR="008D5C3A" w:rsidRPr="00273E83" w:rsidRDefault="00273E83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令和　</w:t>
      </w:r>
      <w:r w:rsidR="00667212">
        <w:rPr>
          <w:rFonts w:asciiTheme="majorEastAsia" w:eastAsiaTheme="majorEastAsia" w:hAnsiTheme="majorEastAsia" w:hint="eastAsia"/>
          <w:sz w:val="20"/>
          <w:lang w:eastAsia="ja-JP"/>
        </w:rPr>
        <w:t xml:space="preserve">　</w:t>
      </w:r>
      <w:r w:rsidRPr="00273E83">
        <w:rPr>
          <w:rFonts w:asciiTheme="majorEastAsia" w:eastAsiaTheme="majorEastAsia" w:hAnsiTheme="majorEastAsia"/>
          <w:sz w:val="20"/>
        </w:rPr>
        <w:t>年</w:t>
      </w: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　　</w:t>
      </w:r>
      <w:r w:rsidRPr="00273E83">
        <w:rPr>
          <w:rFonts w:asciiTheme="majorEastAsia" w:eastAsiaTheme="majorEastAsia" w:hAnsiTheme="majorEastAsia"/>
          <w:sz w:val="20"/>
        </w:rPr>
        <w:t>月</w:t>
      </w: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　　</w:t>
      </w:r>
      <w:r w:rsidRPr="00273E83">
        <w:rPr>
          <w:rFonts w:asciiTheme="majorEastAsia" w:eastAsiaTheme="majorEastAsia" w:hAnsiTheme="majorEastAsia"/>
          <w:sz w:val="20"/>
        </w:rPr>
        <w:t>日</w:t>
      </w:r>
    </w:p>
    <w:p w14:paraId="16836994" w14:textId="77777777" w:rsidR="008D5C3A" w:rsidRPr="00273E83" w:rsidRDefault="00000000">
      <w:pPr>
        <w:spacing w:before="240" w:after="360"/>
        <w:jc w:val="center"/>
        <w:rPr>
          <w:rFonts w:asciiTheme="majorEastAsia" w:eastAsiaTheme="majorEastAsia" w:hAnsiTheme="majorEastAsia"/>
          <w:lang w:eastAsia="ja-JP"/>
        </w:rPr>
      </w:pPr>
      <w:r w:rsidRPr="00273E83">
        <w:rPr>
          <w:rFonts w:asciiTheme="majorEastAsia" w:eastAsiaTheme="majorEastAsia" w:hAnsiTheme="majorEastAsia"/>
          <w:b/>
          <w:sz w:val="36"/>
          <w:lang w:eastAsia="ja-JP"/>
        </w:rPr>
        <w:t>納付書 送付依頼書</w:t>
      </w:r>
    </w:p>
    <w:p w14:paraId="4A761378" w14:textId="2971D88C" w:rsidR="008D5C3A" w:rsidRPr="00DE6AF5" w:rsidRDefault="00000000">
      <w:pPr>
        <w:spacing w:before="24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DE6AF5">
        <w:rPr>
          <w:rFonts w:asciiTheme="majorEastAsia" w:eastAsiaTheme="majorEastAsia" w:hAnsiTheme="majorEastAsia"/>
          <w:b/>
          <w:sz w:val="24"/>
          <w:szCs w:val="24"/>
          <w:lang w:eastAsia="ja-JP"/>
        </w:rPr>
        <w:t>【依頼書送付先(申請書等の提出先)】</w:t>
      </w:r>
      <w:r w:rsidR="005708ED">
        <w:rPr>
          <w:rFonts w:asciiTheme="majorEastAsia" w:eastAsiaTheme="majorEastAsia" w:hAnsiTheme="majorEastAsia" w:hint="eastAsia"/>
          <w:b/>
          <w:sz w:val="24"/>
          <w:szCs w:val="24"/>
          <w:lang w:eastAsia="ja-JP"/>
        </w:rPr>
        <w:t xml:space="preserve">　※いずれかにチェックしてください</w:t>
      </w:r>
    </w:p>
    <w:tbl>
      <w:tblPr>
        <w:tblStyle w:val="afe"/>
        <w:tblW w:w="8930" w:type="dxa"/>
        <w:tblInd w:w="392" w:type="dxa"/>
        <w:tblLook w:val="04A0" w:firstRow="1" w:lastRow="0" w:firstColumn="1" w:lastColumn="0" w:noHBand="0" w:noVBand="1"/>
      </w:tblPr>
      <w:tblGrid>
        <w:gridCol w:w="7371"/>
        <w:gridCol w:w="1559"/>
      </w:tblGrid>
      <w:tr w:rsidR="005708ED" w:rsidRPr="00273E83" w14:paraId="580B6823" w14:textId="43E9BD2B" w:rsidTr="005708ED">
        <w:trPr>
          <w:trHeight w:hRule="exact" w:val="567"/>
        </w:trPr>
        <w:tc>
          <w:tcPr>
            <w:tcW w:w="7371" w:type="dxa"/>
            <w:vAlign w:val="center"/>
          </w:tcPr>
          <w:p w14:paraId="2F78EF93" w14:textId="6C146A49" w:rsidR="005708ED" w:rsidRDefault="005708ED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中央</w:t>
            </w: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テクノスクール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（088-678-4690）</w:t>
            </w:r>
          </w:p>
          <w:p w14:paraId="69DCD605" w14:textId="2A4B4878" w:rsidR="005708ED" w:rsidRPr="00273E83" w:rsidRDefault="005708ED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</w:t>
            </w:r>
            <w:r w:rsidRPr="005708ED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〒770-0865　徳島市南末広町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23-64）</w:t>
            </w:r>
          </w:p>
        </w:tc>
        <w:tc>
          <w:tcPr>
            <w:tcW w:w="1559" w:type="dxa"/>
            <w:vAlign w:val="center"/>
          </w:tcPr>
          <w:p w14:paraId="5737E27F" w14:textId="04FC4484" w:rsidR="005708ED" w:rsidRDefault="005708ED" w:rsidP="005708ED">
            <w:pPr>
              <w:jc w:val="center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□</w:t>
            </w:r>
          </w:p>
        </w:tc>
      </w:tr>
      <w:tr w:rsidR="005708ED" w:rsidRPr="00273E83" w14:paraId="54776F34" w14:textId="33B02BC8" w:rsidTr="005708ED">
        <w:trPr>
          <w:trHeight w:hRule="exact" w:val="567"/>
        </w:trPr>
        <w:tc>
          <w:tcPr>
            <w:tcW w:w="7371" w:type="dxa"/>
            <w:vAlign w:val="center"/>
          </w:tcPr>
          <w:p w14:paraId="043AF871" w14:textId="28EFEE9D" w:rsidR="005708ED" w:rsidRDefault="005708ED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南部</w:t>
            </w: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テクノスクール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（0884-26-0250）</w:t>
            </w:r>
          </w:p>
          <w:p w14:paraId="2B5E1C7B" w14:textId="6C8FCE7F" w:rsidR="005708ED" w:rsidRPr="00273E83" w:rsidRDefault="005708ED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</w:t>
            </w:r>
            <w:r w:rsidRPr="005708ED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〒779-1402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 xml:space="preserve">　</w:t>
            </w:r>
            <w:r w:rsidRPr="005708ED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阿南市桑野町岡元109-1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）</w:t>
            </w:r>
          </w:p>
        </w:tc>
        <w:tc>
          <w:tcPr>
            <w:tcW w:w="1559" w:type="dxa"/>
            <w:vAlign w:val="center"/>
          </w:tcPr>
          <w:p w14:paraId="1003882A" w14:textId="5CDD1C2C" w:rsidR="005708ED" w:rsidRDefault="005708ED" w:rsidP="005708ED">
            <w:pPr>
              <w:jc w:val="center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□</w:t>
            </w:r>
          </w:p>
        </w:tc>
      </w:tr>
      <w:tr w:rsidR="005708ED" w:rsidRPr="00273E83" w14:paraId="6E3CAEB3" w14:textId="0EF6664B" w:rsidTr="005708ED">
        <w:trPr>
          <w:trHeight w:hRule="exact" w:val="567"/>
        </w:trPr>
        <w:tc>
          <w:tcPr>
            <w:tcW w:w="7371" w:type="dxa"/>
            <w:vAlign w:val="center"/>
          </w:tcPr>
          <w:p w14:paraId="3BB4FCFA" w14:textId="36FA4139" w:rsidR="005708ED" w:rsidRDefault="005708ED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西部テクノスクール（0883-62-3067）</w:t>
            </w:r>
          </w:p>
          <w:p w14:paraId="32E09EE6" w14:textId="32356941" w:rsidR="005708ED" w:rsidRDefault="005708ED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</w:t>
            </w:r>
            <w:r w:rsidRPr="005708ED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〒779-4101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 xml:space="preserve">　</w:t>
            </w:r>
            <w:r w:rsidRPr="005708ED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美馬郡つるぎ町貞光字東浦128-4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）</w:t>
            </w:r>
          </w:p>
        </w:tc>
        <w:tc>
          <w:tcPr>
            <w:tcW w:w="1559" w:type="dxa"/>
            <w:vAlign w:val="center"/>
          </w:tcPr>
          <w:p w14:paraId="670E21B2" w14:textId="298EA1DF" w:rsidR="005708ED" w:rsidRDefault="005708ED" w:rsidP="005708ED">
            <w:pPr>
              <w:jc w:val="center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□</w:t>
            </w:r>
          </w:p>
        </w:tc>
      </w:tr>
    </w:tbl>
    <w:p w14:paraId="77B82C45" w14:textId="77777777" w:rsidR="008D5C3A" w:rsidRPr="00DE6AF5" w:rsidRDefault="00000000">
      <w:pPr>
        <w:spacing w:before="28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DE6AF5">
        <w:rPr>
          <w:rFonts w:asciiTheme="majorEastAsia" w:eastAsiaTheme="majorEastAsia" w:hAnsiTheme="majorEastAsia"/>
          <w:b/>
          <w:sz w:val="24"/>
          <w:szCs w:val="24"/>
        </w:rPr>
        <w:t>【</w:t>
      </w:r>
      <w:proofErr w:type="spellStart"/>
      <w:r w:rsidRPr="00DE6AF5">
        <w:rPr>
          <w:rFonts w:asciiTheme="majorEastAsia" w:eastAsiaTheme="majorEastAsia" w:hAnsiTheme="majorEastAsia"/>
          <w:b/>
          <w:sz w:val="24"/>
          <w:szCs w:val="24"/>
        </w:rPr>
        <w:t>申請者</w:t>
      </w:r>
      <w:proofErr w:type="spellEnd"/>
      <w:r w:rsidRPr="00DE6AF5">
        <w:rPr>
          <w:rFonts w:asciiTheme="majorEastAsia" w:eastAsiaTheme="majorEastAsia" w:hAnsiTheme="majorEastAsia"/>
          <w:b/>
          <w:sz w:val="24"/>
          <w:szCs w:val="24"/>
        </w:rPr>
        <w:t>】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7059"/>
      </w:tblGrid>
      <w:tr w:rsidR="00273E83" w:rsidRPr="00273E83" w14:paraId="64DB1D45" w14:textId="77777777" w:rsidTr="00D640EC">
        <w:trPr>
          <w:trHeight w:hRule="exact" w:val="567"/>
        </w:trPr>
        <w:tc>
          <w:tcPr>
            <w:tcW w:w="1843" w:type="dxa"/>
          </w:tcPr>
          <w:p w14:paraId="3E150EAA" w14:textId="51AD3115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D640EC">
              <w:rPr>
                <w:rFonts w:asciiTheme="majorEastAsia" w:eastAsiaTheme="majorEastAsia" w:hAnsiTheme="majorEastAsia"/>
                <w:spacing w:val="56"/>
                <w:sz w:val="22"/>
                <w:fitText w:val="1050" w:id="-406574336"/>
              </w:rPr>
              <w:t>郵便番</w:t>
            </w:r>
            <w:r w:rsidRPr="00D640EC">
              <w:rPr>
                <w:rFonts w:asciiTheme="majorEastAsia" w:eastAsiaTheme="majorEastAsia" w:hAnsiTheme="majorEastAsia"/>
                <w:spacing w:val="2"/>
                <w:sz w:val="22"/>
                <w:fitText w:val="1050" w:id="-406574336"/>
              </w:rPr>
              <w:t>号</w:t>
            </w:r>
            <w:proofErr w:type="spellEnd"/>
          </w:p>
        </w:tc>
        <w:tc>
          <w:tcPr>
            <w:tcW w:w="7059" w:type="dxa"/>
          </w:tcPr>
          <w:p w14:paraId="48E06DA5" w14:textId="1025F16F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〒</w:t>
            </w:r>
          </w:p>
        </w:tc>
      </w:tr>
      <w:tr w:rsidR="00273E83" w:rsidRPr="00273E83" w14:paraId="27948189" w14:textId="77777777" w:rsidTr="00D640EC">
        <w:trPr>
          <w:trHeight w:hRule="exact" w:val="567"/>
        </w:trPr>
        <w:tc>
          <w:tcPr>
            <w:tcW w:w="1843" w:type="dxa"/>
          </w:tcPr>
          <w:p w14:paraId="44FEC119" w14:textId="5AA7E5FC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610"/>
                <w:sz w:val="22"/>
                <w:fitText w:val="1050" w:id="-406574335"/>
              </w:rPr>
              <w:t>住</w:t>
            </w:r>
            <w:r w:rsidRPr="00273E83">
              <w:rPr>
                <w:rFonts w:asciiTheme="majorEastAsia" w:eastAsiaTheme="majorEastAsia" w:hAnsiTheme="majorEastAsia"/>
                <w:sz w:val="22"/>
                <w:fitText w:val="1050" w:id="-406574335"/>
              </w:rPr>
              <w:t>所</w:t>
            </w:r>
            <w:proofErr w:type="spellEnd"/>
          </w:p>
        </w:tc>
        <w:tc>
          <w:tcPr>
            <w:tcW w:w="7059" w:type="dxa"/>
          </w:tcPr>
          <w:p w14:paraId="7C42BE89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2603F1B2" w14:textId="77777777" w:rsidTr="00D640EC">
        <w:trPr>
          <w:trHeight w:hRule="exact" w:val="567"/>
        </w:trPr>
        <w:tc>
          <w:tcPr>
            <w:tcW w:w="1843" w:type="dxa"/>
          </w:tcPr>
          <w:p w14:paraId="073A30AD" w14:textId="3B9447D1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56"/>
                <w:sz w:val="22"/>
                <w:fitText w:val="1050" w:id="-406574334"/>
              </w:rPr>
              <w:t>ふりが</w:t>
            </w:r>
            <w:r w:rsidRPr="00273E83">
              <w:rPr>
                <w:rFonts w:asciiTheme="majorEastAsia" w:eastAsiaTheme="majorEastAsia" w:hAnsiTheme="majorEastAsia"/>
                <w:spacing w:val="2"/>
                <w:sz w:val="22"/>
                <w:fitText w:val="1050" w:id="-406574334"/>
              </w:rPr>
              <w:t>な</w:t>
            </w:r>
            <w:proofErr w:type="spellEnd"/>
          </w:p>
        </w:tc>
        <w:tc>
          <w:tcPr>
            <w:tcW w:w="7059" w:type="dxa"/>
          </w:tcPr>
          <w:p w14:paraId="5E6A1066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63FDDED4" w14:textId="77777777" w:rsidTr="00D640EC">
        <w:trPr>
          <w:trHeight w:hRule="exact" w:val="567"/>
        </w:trPr>
        <w:tc>
          <w:tcPr>
            <w:tcW w:w="1843" w:type="dxa"/>
          </w:tcPr>
          <w:p w14:paraId="005C0EF0" w14:textId="6C9C63DE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z w:val="22"/>
              </w:rPr>
              <w:t>申請者氏名</w:t>
            </w:r>
            <w:proofErr w:type="spellEnd"/>
          </w:p>
        </w:tc>
        <w:tc>
          <w:tcPr>
            <w:tcW w:w="7059" w:type="dxa"/>
          </w:tcPr>
          <w:p w14:paraId="66B5B56C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480C3925" w14:textId="77777777" w:rsidTr="00D640EC">
        <w:trPr>
          <w:trHeight w:hRule="exact" w:val="567"/>
        </w:trPr>
        <w:tc>
          <w:tcPr>
            <w:tcW w:w="1843" w:type="dxa"/>
          </w:tcPr>
          <w:p w14:paraId="1D5A5724" w14:textId="177B0AA2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56"/>
                <w:sz w:val="22"/>
                <w:fitText w:val="1050" w:id="-406574333"/>
              </w:rPr>
              <w:t>電話番</w:t>
            </w:r>
            <w:r w:rsidRPr="00273E83">
              <w:rPr>
                <w:rFonts w:asciiTheme="majorEastAsia" w:eastAsiaTheme="majorEastAsia" w:hAnsiTheme="majorEastAsia"/>
                <w:spacing w:val="2"/>
                <w:sz w:val="22"/>
                <w:fitText w:val="1050" w:id="-406574333"/>
              </w:rPr>
              <w:t>号</w:t>
            </w:r>
            <w:proofErr w:type="spellEnd"/>
          </w:p>
        </w:tc>
        <w:tc>
          <w:tcPr>
            <w:tcW w:w="7059" w:type="dxa"/>
          </w:tcPr>
          <w:p w14:paraId="2DCDB7AD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</w:tbl>
    <w:p w14:paraId="2EB9CB65" w14:textId="77777777" w:rsidR="008D5C3A" w:rsidRPr="00DE6AF5" w:rsidRDefault="00000000">
      <w:pPr>
        <w:spacing w:before="28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DE6AF5">
        <w:rPr>
          <w:rFonts w:asciiTheme="majorEastAsia" w:eastAsiaTheme="majorEastAsia" w:hAnsiTheme="majorEastAsia"/>
          <w:b/>
          <w:sz w:val="24"/>
          <w:szCs w:val="24"/>
        </w:rPr>
        <w:t>【</w:t>
      </w:r>
      <w:proofErr w:type="spellStart"/>
      <w:r w:rsidRPr="00DE6AF5">
        <w:rPr>
          <w:rFonts w:asciiTheme="majorEastAsia" w:eastAsiaTheme="majorEastAsia" w:hAnsiTheme="majorEastAsia"/>
          <w:b/>
          <w:sz w:val="24"/>
          <w:szCs w:val="24"/>
        </w:rPr>
        <w:t>内容</w:t>
      </w:r>
      <w:proofErr w:type="spellEnd"/>
      <w:r w:rsidRPr="00DE6AF5">
        <w:rPr>
          <w:rFonts w:asciiTheme="majorEastAsia" w:eastAsiaTheme="majorEastAsia" w:hAnsiTheme="majorEastAsia"/>
          <w:b/>
          <w:sz w:val="24"/>
          <w:szCs w:val="24"/>
        </w:rPr>
        <w:t>】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5245"/>
        <w:gridCol w:w="2126"/>
        <w:gridCol w:w="1531"/>
      </w:tblGrid>
      <w:tr w:rsidR="00273E83" w:rsidRPr="00273E83" w14:paraId="03C8AFEA" w14:textId="77777777" w:rsidTr="00D640EC">
        <w:trPr>
          <w:trHeight w:hRule="exact" w:val="567"/>
        </w:trPr>
        <w:tc>
          <w:tcPr>
            <w:tcW w:w="5245" w:type="dxa"/>
          </w:tcPr>
          <w:p w14:paraId="18B50912" w14:textId="37780C57" w:rsidR="00273E83" w:rsidRPr="00273E83" w:rsidRDefault="00273E83" w:rsidP="00273E83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  <w:t>使用料又は手数料の名称</w:t>
            </w:r>
          </w:p>
        </w:tc>
        <w:tc>
          <w:tcPr>
            <w:tcW w:w="2126" w:type="dxa"/>
          </w:tcPr>
          <w:p w14:paraId="7429A505" w14:textId="137E3089" w:rsidR="00273E83" w:rsidRPr="00273E83" w:rsidRDefault="00273E83" w:rsidP="00273E83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bCs/>
                <w:sz w:val="22"/>
              </w:rPr>
              <w:t>金額（円</w:t>
            </w:r>
            <w:proofErr w:type="spellEnd"/>
            <w:r w:rsidRPr="00273E83">
              <w:rPr>
                <w:rFonts w:asciiTheme="majorEastAsia" w:eastAsiaTheme="majorEastAsia" w:hAnsiTheme="majorEastAsia"/>
                <w:bCs/>
                <w:sz w:val="22"/>
              </w:rPr>
              <w:t>）</w:t>
            </w:r>
          </w:p>
        </w:tc>
        <w:tc>
          <w:tcPr>
            <w:tcW w:w="1531" w:type="dxa"/>
          </w:tcPr>
          <w:p w14:paraId="7CAC9478" w14:textId="6B18C3D2" w:rsidR="00273E83" w:rsidRPr="00273E83" w:rsidRDefault="00273E83" w:rsidP="00273E83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bCs/>
                <w:sz w:val="22"/>
              </w:rPr>
              <w:t>チェック</w:t>
            </w:r>
            <w:proofErr w:type="spellEnd"/>
          </w:p>
        </w:tc>
      </w:tr>
      <w:tr w:rsidR="005708ED" w:rsidRPr="00273E83" w14:paraId="01FDEE39" w14:textId="77777777" w:rsidTr="005708ED">
        <w:trPr>
          <w:trHeight w:hRule="exact" w:val="567"/>
        </w:trPr>
        <w:tc>
          <w:tcPr>
            <w:tcW w:w="5245" w:type="dxa"/>
          </w:tcPr>
          <w:p w14:paraId="45116246" w14:textId="6459E7A3" w:rsidR="005708ED" w:rsidRPr="00273E83" w:rsidRDefault="005708ED" w:rsidP="005708ED">
            <w:pPr>
              <w:spacing w:before="280" w:after="80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入校試験手数料</w:t>
            </w:r>
          </w:p>
        </w:tc>
        <w:tc>
          <w:tcPr>
            <w:tcW w:w="2126" w:type="dxa"/>
          </w:tcPr>
          <w:p w14:paraId="46F3EF18" w14:textId="68184C20" w:rsidR="005708ED" w:rsidRPr="00273E83" w:rsidRDefault="005708ED" w:rsidP="005708ED">
            <w:pPr>
              <w:spacing w:before="280" w:after="80"/>
              <w:ind w:firstLineChars="100" w:firstLine="220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２，２００円</w:t>
            </w:r>
          </w:p>
        </w:tc>
        <w:tc>
          <w:tcPr>
            <w:tcW w:w="1531" w:type="dxa"/>
            <w:vAlign w:val="center"/>
          </w:tcPr>
          <w:p w14:paraId="1728597E" w14:textId="02A3DAF2" w:rsidR="005708ED" w:rsidRPr="00273E83" w:rsidRDefault="00667212" w:rsidP="005708ED">
            <w:pPr>
              <w:spacing w:before="280" w:after="80"/>
              <w:jc w:val="center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☑</w:t>
            </w:r>
          </w:p>
        </w:tc>
      </w:tr>
      <w:tr w:rsidR="005708ED" w:rsidRPr="00273E83" w14:paraId="349EFFCA" w14:textId="77777777" w:rsidTr="005708ED">
        <w:trPr>
          <w:trHeight w:hRule="exact" w:val="567"/>
        </w:trPr>
        <w:tc>
          <w:tcPr>
            <w:tcW w:w="5245" w:type="dxa"/>
          </w:tcPr>
          <w:p w14:paraId="05A8C412" w14:textId="4AB76067" w:rsidR="005708ED" w:rsidRPr="00273E83" w:rsidRDefault="005708ED" w:rsidP="005708ED">
            <w:pPr>
              <w:spacing w:before="280" w:after="80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修了証明書発行手数料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（訓練期間１年以上）</w:t>
            </w:r>
          </w:p>
        </w:tc>
        <w:tc>
          <w:tcPr>
            <w:tcW w:w="2126" w:type="dxa"/>
          </w:tcPr>
          <w:p w14:paraId="3676A555" w14:textId="0C8DCE52" w:rsidR="005708ED" w:rsidRPr="00D640EC" w:rsidRDefault="005708ED" w:rsidP="005708ED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r w:rsidRPr="00D640EC"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　</w:t>
            </w:r>
            <w:r w:rsidRPr="00D640EC"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>４００円</w:t>
            </w:r>
          </w:p>
        </w:tc>
        <w:tc>
          <w:tcPr>
            <w:tcW w:w="1531" w:type="dxa"/>
            <w:vAlign w:val="center"/>
          </w:tcPr>
          <w:p w14:paraId="00B18098" w14:textId="3692AB4A" w:rsidR="005708ED" w:rsidRPr="00273E83" w:rsidRDefault="005708ED" w:rsidP="005708ED">
            <w:pPr>
              <w:spacing w:before="280" w:after="80"/>
              <w:jc w:val="center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□</w:t>
            </w:r>
          </w:p>
        </w:tc>
      </w:tr>
      <w:tr w:rsidR="005708ED" w:rsidRPr="00273E83" w14:paraId="1294344C" w14:textId="77777777" w:rsidTr="005708ED">
        <w:trPr>
          <w:trHeight w:hRule="exact" w:val="567"/>
        </w:trPr>
        <w:tc>
          <w:tcPr>
            <w:tcW w:w="5245" w:type="dxa"/>
          </w:tcPr>
          <w:p w14:paraId="0DA8039F" w14:textId="75E7CF71" w:rsidR="005708ED" w:rsidRPr="00273E83" w:rsidRDefault="005708ED" w:rsidP="005708ED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修了証明書発行手数料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（訓練期間１年未満）</w:t>
            </w:r>
          </w:p>
        </w:tc>
        <w:tc>
          <w:tcPr>
            <w:tcW w:w="2126" w:type="dxa"/>
          </w:tcPr>
          <w:p w14:paraId="019FAFB3" w14:textId="68171E82" w:rsidR="005708ED" w:rsidRPr="00D640EC" w:rsidRDefault="005708ED" w:rsidP="005708ED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r w:rsidRPr="00D640EC"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　</w:t>
            </w:r>
            <w:r w:rsidRPr="00D640EC"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>４１０円</w:t>
            </w:r>
          </w:p>
        </w:tc>
        <w:tc>
          <w:tcPr>
            <w:tcW w:w="1531" w:type="dxa"/>
            <w:vAlign w:val="center"/>
          </w:tcPr>
          <w:p w14:paraId="66241DB2" w14:textId="732A5893" w:rsidR="005708ED" w:rsidRPr="00273E83" w:rsidRDefault="005708ED" w:rsidP="005708ED">
            <w:pPr>
              <w:spacing w:before="280" w:after="8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□</w:t>
            </w:r>
          </w:p>
        </w:tc>
      </w:tr>
      <w:tr w:rsidR="005708ED" w:rsidRPr="00273E83" w14:paraId="4E2FBB43" w14:textId="77777777" w:rsidTr="005708ED">
        <w:trPr>
          <w:trHeight w:hRule="exact" w:val="567"/>
        </w:trPr>
        <w:tc>
          <w:tcPr>
            <w:tcW w:w="5245" w:type="dxa"/>
          </w:tcPr>
          <w:p w14:paraId="52C7C78B" w14:textId="6C31A4B9" w:rsidR="005708ED" w:rsidRPr="00273E83" w:rsidRDefault="005708ED" w:rsidP="005708ED">
            <w:pPr>
              <w:spacing w:before="280" w:after="80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成績証明書発行手数料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（訓練期間１年以上）</w:t>
            </w:r>
          </w:p>
        </w:tc>
        <w:tc>
          <w:tcPr>
            <w:tcW w:w="2126" w:type="dxa"/>
          </w:tcPr>
          <w:p w14:paraId="553EF8B2" w14:textId="7544CCF5" w:rsidR="005708ED" w:rsidRPr="00D640EC" w:rsidRDefault="005708ED" w:rsidP="005708ED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r w:rsidRPr="00D640EC"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　</w:t>
            </w:r>
            <w:r w:rsidRPr="00D640EC"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>４００円</w:t>
            </w:r>
          </w:p>
        </w:tc>
        <w:tc>
          <w:tcPr>
            <w:tcW w:w="1531" w:type="dxa"/>
            <w:vAlign w:val="center"/>
          </w:tcPr>
          <w:p w14:paraId="6BD7BB0C" w14:textId="15162B3E" w:rsidR="005708ED" w:rsidRPr="00273E83" w:rsidRDefault="005708ED" w:rsidP="005708ED">
            <w:pPr>
              <w:spacing w:before="280" w:after="80"/>
              <w:jc w:val="center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□</w:t>
            </w:r>
          </w:p>
        </w:tc>
      </w:tr>
      <w:tr w:rsidR="005708ED" w:rsidRPr="00273E83" w14:paraId="79AEC054" w14:textId="77777777" w:rsidTr="005708ED">
        <w:trPr>
          <w:trHeight w:hRule="exact" w:val="567"/>
        </w:trPr>
        <w:tc>
          <w:tcPr>
            <w:tcW w:w="5245" w:type="dxa"/>
          </w:tcPr>
          <w:p w14:paraId="0202A252" w14:textId="590E2147" w:rsidR="005708ED" w:rsidRPr="00273E83" w:rsidRDefault="005708ED" w:rsidP="005708ED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成績証明書発行手数料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（訓練期間１年未満）</w:t>
            </w:r>
          </w:p>
        </w:tc>
        <w:tc>
          <w:tcPr>
            <w:tcW w:w="2126" w:type="dxa"/>
          </w:tcPr>
          <w:p w14:paraId="3A19D9F7" w14:textId="6E7B6F2C" w:rsidR="005708ED" w:rsidRPr="00D640EC" w:rsidRDefault="005708ED" w:rsidP="005708ED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r w:rsidRPr="00D640EC"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 xml:space="preserve">　　</w:t>
            </w:r>
            <w:r w:rsidRPr="00D640EC">
              <w:rPr>
                <w:rFonts w:asciiTheme="majorEastAsia" w:eastAsiaTheme="majorEastAsia" w:hAnsiTheme="majorEastAsia" w:hint="eastAsia"/>
                <w:bCs/>
                <w:sz w:val="22"/>
                <w:lang w:eastAsia="ja-JP"/>
              </w:rPr>
              <w:t>４１０円</w:t>
            </w:r>
          </w:p>
        </w:tc>
        <w:tc>
          <w:tcPr>
            <w:tcW w:w="1531" w:type="dxa"/>
            <w:vAlign w:val="center"/>
          </w:tcPr>
          <w:p w14:paraId="0CCB98BA" w14:textId="51A49A5E" w:rsidR="005708ED" w:rsidRPr="00273E83" w:rsidRDefault="005708ED" w:rsidP="005708ED">
            <w:pPr>
              <w:spacing w:before="280" w:after="8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□</w:t>
            </w:r>
          </w:p>
        </w:tc>
      </w:tr>
    </w:tbl>
    <w:p w14:paraId="76A7D123" w14:textId="4066615D" w:rsidR="00034813" w:rsidRPr="00C84D6C" w:rsidRDefault="00034813" w:rsidP="00DE6AF5">
      <w:pPr>
        <w:spacing w:before="280" w:after="40"/>
        <w:ind w:leftChars="100" w:left="420" w:hangingChars="100" w:hanging="210"/>
        <w:rPr>
          <w:rFonts w:asciiTheme="majorEastAsia" w:eastAsiaTheme="majorEastAsia" w:hAnsiTheme="majorEastAsia"/>
          <w:bCs/>
          <w:szCs w:val="21"/>
          <w:lang w:eastAsia="ja-JP"/>
        </w:rPr>
      </w:pPr>
      <w:r w:rsidRPr="00C84D6C">
        <w:rPr>
          <w:rFonts w:asciiTheme="majorEastAsia" w:eastAsiaTheme="majorEastAsia" w:hAnsiTheme="majorEastAsia" w:hint="eastAsia"/>
          <w:bCs/>
          <w:szCs w:val="21"/>
          <w:lang w:eastAsia="ja-JP"/>
        </w:rPr>
        <w:t>※修了証明書発行手数料及び成績証明書発行手数料については、発行を依頼する内容</w:t>
      </w:r>
      <w:r w:rsidR="00C84D6C" w:rsidRPr="00C84D6C">
        <w:rPr>
          <w:rFonts w:asciiTheme="majorEastAsia" w:eastAsiaTheme="majorEastAsia" w:hAnsiTheme="majorEastAsia" w:hint="eastAsia"/>
          <w:bCs/>
          <w:szCs w:val="21"/>
          <w:lang w:eastAsia="ja-JP"/>
        </w:rPr>
        <w:t>（対象の</w:t>
      </w:r>
      <w:r w:rsidR="00DE6AF5">
        <w:rPr>
          <w:rFonts w:asciiTheme="majorEastAsia" w:eastAsiaTheme="majorEastAsia" w:hAnsiTheme="majorEastAsia" w:hint="eastAsia"/>
          <w:bCs/>
          <w:szCs w:val="21"/>
          <w:lang w:eastAsia="ja-JP"/>
        </w:rPr>
        <w:t xml:space="preserve">　</w:t>
      </w:r>
      <w:r w:rsidR="00C84D6C" w:rsidRPr="00C84D6C">
        <w:rPr>
          <w:rFonts w:asciiTheme="majorEastAsia" w:eastAsiaTheme="majorEastAsia" w:hAnsiTheme="majorEastAsia" w:hint="eastAsia"/>
          <w:bCs/>
          <w:szCs w:val="21"/>
          <w:lang w:eastAsia="ja-JP"/>
        </w:rPr>
        <w:t>訓練科）によって金額が異なるため、事前に各テクノスクールにお問い合わせください</w:t>
      </w:r>
    </w:p>
    <w:p w14:paraId="45444093" w14:textId="77777777" w:rsidR="00DE6AF5" w:rsidRPr="0041130C" w:rsidRDefault="00DE6AF5" w:rsidP="00DE6AF5">
      <w:pPr>
        <w:spacing w:before="280" w:after="40"/>
        <w:rPr>
          <w:rFonts w:asciiTheme="majorEastAsia" w:eastAsiaTheme="majorEastAsia" w:hAnsiTheme="majorEastAsia"/>
          <w:sz w:val="22"/>
          <w:szCs w:val="24"/>
          <w:lang w:eastAsia="ja-JP"/>
        </w:rPr>
      </w:pPr>
      <w:r w:rsidRPr="0041130C">
        <w:rPr>
          <w:rFonts w:asciiTheme="majorEastAsia" w:eastAsiaTheme="majorEastAsia" w:hAnsiTheme="majorEastAsia"/>
          <w:b/>
          <w:sz w:val="24"/>
          <w:szCs w:val="24"/>
          <w:lang w:eastAsia="ja-JP"/>
        </w:rPr>
        <w:t>【備考】</w:t>
      </w:r>
    </w:p>
    <w:p w14:paraId="666E3300" w14:textId="5D430937" w:rsidR="00DE6AF5" w:rsidRPr="0041130C" w:rsidRDefault="00DE6AF5" w:rsidP="00DE6AF5">
      <w:pPr>
        <w:spacing w:before="40" w:after="40"/>
        <w:ind w:firstLineChars="100" w:firstLine="24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１　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送付先(申請書等の提出先)宛に</w:t>
      </w:r>
      <w:r w:rsidR="00F614C3">
        <w:rPr>
          <w:rFonts w:asciiTheme="majorEastAsia" w:eastAsiaTheme="majorEastAsia" w:hAnsiTheme="majorEastAsia" w:hint="eastAsia"/>
          <w:sz w:val="24"/>
          <w:szCs w:val="24"/>
          <w:lang w:eastAsia="ja-JP"/>
        </w:rPr>
        <w:t>郵送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又は</w:t>
      </w:r>
      <w:r w:rsidR="00F614C3">
        <w:rPr>
          <w:rFonts w:asciiTheme="majorEastAsia" w:eastAsiaTheme="majorEastAsia" w:hAnsiTheme="majorEastAsia" w:hint="eastAsia"/>
          <w:sz w:val="24"/>
          <w:szCs w:val="24"/>
          <w:lang w:eastAsia="ja-JP"/>
        </w:rPr>
        <w:t>持参により提出して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ください。</w:t>
      </w:r>
    </w:p>
    <w:p w14:paraId="2CA76603" w14:textId="77777777" w:rsidR="00DE6AF5" w:rsidRDefault="00DE6AF5" w:rsidP="00DE6AF5">
      <w:pPr>
        <w:spacing w:before="40" w:after="40"/>
        <w:ind w:firstLineChars="100" w:firstLine="24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２　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納付書の送付を希望する「使用料又は手数料」について、「チェック」欄に</w:t>
      </w:r>
    </w:p>
    <w:p w14:paraId="2D0140DB" w14:textId="77777777" w:rsidR="00DE6AF5" w:rsidRPr="0041130C" w:rsidRDefault="00DE6AF5" w:rsidP="00DE6AF5">
      <w:pPr>
        <w:spacing w:before="40" w:after="40"/>
        <w:ind w:firstLineChars="200" w:firstLine="48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チェックを入れてください。</w:t>
      </w:r>
    </w:p>
    <w:p w14:paraId="00D732B9" w14:textId="77777777" w:rsidR="00667212" w:rsidRDefault="00DE6AF5" w:rsidP="00667212">
      <w:pPr>
        <w:spacing w:before="40" w:after="40"/>
        <w:ind w:firstLineChars="100" w:firstLine="24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３　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納付書の使用期限(納期限)は</w:t>
      </w:r>
      <w:r w:rsidRPr="0041130C">
        <w:rPr>
          <w:rFonts w:asciiTheme="majorEastAsia" w:eastAsiaTheme="majorEastAsia" w:hAnsiTheme="majorEastAsia"/>
          <w:sz w:val="24"/>
          <w:szCs w:val="24"/>
          <w:u w:val="single"/>
          <w:lang w:eastAsia="ja-JP"/>
        </w:rPr>
        <w:t>令和</w:t>
      </w:r>
      <w:r w:rsidR="00667212">
        <w:rPr>
          <w:rFonts w:asciiTheme="majorEastAsia" w:eastAsiaTheme="majorEastAsia" w:hAnsiTheme="majorEastAsia" w:hint="eastAsia"/>
          <w:sz w:val="24"/>
          <w:szCs w:val="24"/>
          <w:u w:val="single"/>
          <w:lang w:eastAsia="ja-JP"/>
        </w:rPr>
        <w:t>８</w:t>
      </w:r>
      <w:r w:rsidRPr="0041130C">
        <w:rPr>
          <w:rFonts w:asciiTheme="majorEastAsia" w:eastAsiaTheme="majorEastAsia" w:hAnsiTheme="majorEastAsia"/>
          <w:sz w:val="24"/>
          <w:szCs w:val="24"/>
          <w:u w:val="single"/>
          <w:lang w:eastAsia="ja-JP"/>
        </w:rPr>
        <w:t>年</w:t>
      </w:r>
      <w:r w:rsidR="00667212">
        <w:rPr>
          <w:rFonts w:asciiTheme="majorEastAsia" w:eastAsiaTheme="majorEastAsia" w:hAnsiTheme="majorEastAsia" w:hint="eastAsia"/>
          <w:sz w:val="24"/>
          <w:szCs w:val="24"/>
          <w:u w:val="single"/>
          <w:lang w:eastAsia="ja-JP"/>
        </w:rPr>
        <w:t>１１</w:t>
      </w:r>
      <w:r w:rsidRPr="0041130C">
        <w:rPr>
          <w:rFonts w:asciiTheme="majorEastAsia" w:eastAsiaTheme="majorEastAsia" w:hAnsiTheme="majorEastAsia"/>
          <w:sz w:val="24"/>
          <w:szCs w:val="24"/>
          <w:u w:val="single"/>
          <w:lang w:eastAsia="ja-JP"/>
        </w:rPr>
        <w:t>月</w:t>
      </w:r>
      <w:r w:rsidR="00667212">
        <w:rPr>
          <w:rFonts w:asciiTheme="majorEastAsia" w:eastAsiaTheme="majorEastAsia" w:hAnsiTheme="majorEastAsia" w:hint="eastAsia"/>
          <w:sz w:val="24"/>
          <w:szCs w:val="24"/>
          <w:u w:val="single"/>
          <w:lang w:eastAsia="ja-JP"/>
        </w:rPr>
        <w:t>４</w:t>
      </w:r>
      <w:r w:rsidRPr="0041130C">
        <w:rPr>
          <w:rFonts w:asciiTheme="majorEastAsia" w:eastAsiaTheme="majorEastAsia" w:hAnsiTheme="majorEastAsia"/>
          <w:sz w:val="24"/>
          <w:szCs w:val="24"/>
          <w:u w:val="single"/>
          <w:lang w:eastAsia="ja-JP"/>
        </w:rPr>
        <w:t>日まで</w:t>
      </w:r>
      <w:r w:rsidR="00667212">
        <w:rPr>
          <w:rFonts w:asciiTheme="majorEastAsia" w:eastAsiaTheme="majorEastAsia" w:hAnsiTheme="majorEastAsia" w:hint="eastAsia"/>
          <w:sz w:val="24"/>
          <w:szCs w:val="24"/>
          <w:u w:val="single"/>
          <w:lang w:eastAsia="ja-JP"/>
        </w:rPr>
        <w:t>※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となっています。</w:t>
      </w:r>
    </w:p>
    <w:p w14:paraId="303BFD32" w14:textId="3CB6B6AA" w:rsidR="008D5C3A" w:rsidRPr="00DE6AF5" w:rsidRDefault="00667212" w:rsidP="00667212">
      <w:pPr>
        <w:spacing w:before="40" w:after="40"/>
        <w:ind w:firstLineChars="300" w:firstLine="720"/>
        <w:rPr>
          <w:rFonts w:asciiTheme="majorEastAsia" w:eastAsiaTheme="majorEastAsia" w:hAnsiTheme="majorEastAsia" w:hint="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※テクノスクール入校試験（第二期募集）の場合</w:t>
      </w:r>
    </w:p>
    <w:sectPr w:rsidR="008D5C3A" w:rsidRPr="00DE6AF5" w:rsidSect="00DE6AF5">
      <w:pgSz w:w="11909" w:h="16834"/>
      <w:pgMar w:top="1134" w:right="1134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FE424" w14:textId="77777777" w:rsidR="00BA6249" w:rsidRDefault="00BA6249" w:rsidP="00DE6AF5">
      <w:pPr>
        <w:spacing w:after="0" w:line="240" w:lineRule="auto"/>
      </w:pPr>
      <w:r>
        <w:separator/>
      </w:r>
    </w:p>
  </w:endnote>
  <w:endnote w:type="continuationSeparator" w:id="0">
    <w:p w14:paraId="15DB3D0F" w14:textId="77777777" w:rsidR="00BA6249" w:rsidRDefault="00BA6249" w:rsidP="00DE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39AF6" w14:textId="77777777" w:rsidR="00BA6249" w:rsidRDefault="00BA6249" w:rsidP="00DE6AF5">
      <w:pPr>
        <w:spacing w:after="0" w:line="240" w:lineRule="auto"/>
      </w:pPr>
      <w:r>
        <w:separator/>
      </w:r>
    </w:p>
  </w:footnote>
  <w:footnote w:type="continuationSeparator" w:id="0">
    <w:p w14:paraId="69E9863E" w14:textId="77777777" w:rsidR="00BA6249" w:rsidRDefault="00BA6249" w:rsidP="00DE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601066">
    <w:abstractNumId w:val="8"/>
  </w:num>
  <w:num w:numId="2" w16cid:durableId="239297264">
    <w:abstractNumId w:val="6"/>
  </w:num>
  <w:num w:numId="3" w16cid:durableId="2096973693">
    <w:abstractNumId w:val="5"/>
  </w:num>
  <w:num w:numId="4" w16cid:durableId="551648776">
    <w:abstractNumId w:val="4"/>
  </w:num>
  <w:num w:numId="5" w16cid:durableId="1149175147">
    <w:abstractNumId w:val="7"/>
  </w:num>
  <w:num w:numId="6" w16cid:durableId="878056133">
    <w:abstractNumId w:val="3"/>
  </w:num>
  <w:num w:numId="7" w16cid:durableId="2039624752">
    <w:abstractNumId w:val="2"/>
  </w:num>
  <w:num w:numId="8" w16cid:durableId="1201699421">
    <w:abstractNumId w:val="1"/>
  </w:num>
  <w:num w:numId="9" w16cid:durableId="173619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813"/>
    <w:rsid w:val="0006063C"/>
    <w:rsid w:val="0008347D"/>
    <w:rsid w:val="000C2E98"/>
    <w:rsid w:val="0015074B"/>
    <w:rsid w:val="0025624A"/>
    <w:rsid w:val="00273E83"/>
    <w:rsid w:val="0029639D"/>
    <w:rsid w:val="00315362"/>
    <w:rsid w:val="00326F90"/>
    <w:rsid w:val="005708ED"/>
    <w:rsid w:val="005C4D8A"/>
    <w:rsid w:val="00667212"/>
    <w:rsid w:val="006906E4"/>
    <w:rsid w:val="00852180"/>
    <w:rsid w:val="008D5C3A"/>
    <w:rsid w:val="0093375D"/>
    <w:rsid w:val="00AA1D8D"/>
    <w:rsid w:val="00B47730"/>
    <w:rsid w:val="00B85173"/>
    <w:rsid w:val="00BA6249"/>
    <w:rsid w:val="00C227F5"/>
    <w:rsid w:val="00C84D6C"/>
    <w:rsid w:val="00CB0664"/>
    <w:rsid w:val="00D640EC"/>
    <w:rsid w:val="00DC6311"/>
    <w:rsid w:val="00DE6AF5"/>
    <w:rsid w:val="00DE7AAA"/>
    <w:rsid w:val="00F614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A779F"/>
  <w14:defaultImageDpi w14:val="300"/>
  <w15:docId w15:val="{8C6E7A32-0A3F-4266-8EAC-11AC900F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eastAsia="游明朝" w:hAnsi="游明朝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fujimoto daiki</cp:lastModifiedBy>
  <cp:revision>2</cp:revision>
  <dcterms:created xsi:type="dcterms:W3CDTF">2026-08-28T02:07:00Z</dcterms:created>
  <dcterms:modified xsi:type="dcterms:W3CDTF">2026-08-28T02:07:00Z</dcterms:modified>
  <cp:category/>
</cp:coreProperties>
</file>